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9F4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right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Утверждено</w:t>
      </w:r>
    </w:p>
    <w:p w:rsidR="00DB74E6" w:rsidRPr="00F251F1" w:rsidRDefault="00F251F1" w:rsidP="00AF2FC0">
      <w:pPr>
        <w:tabs>
          <w:tab w:val="left" w:pos="1134"/>
        </w:tabs>
        <w:spacing w:after="0" w:line="240" w:lineRule="auto"/>
        <w:ind w:firstLine="709"/>
        <w:jc w:val="right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р</w:t>
      </w:r>
      <w:r w:rsidR="002549F4" w:rsidRPr="00F251F1">
        <w:rPr>
          <w:rFonts w:cs="Times New Roman"/>
          <w:sz w:val="28"/>
          <w:szCs w:val="28"/>
          <w:lang w:val="ru-RU"/>
        </w:rPr>
        <w:t>ешением Совета</w:t>
      </w: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right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Адвокатской палаты</w:t>
      </w:r>
    </w:p>
    <w:p w:rsidR="00DB74E6" w:rsidRPr="00F251F1" w:rsidRDefault="00202C1C" w:rsidP="00AF2FC0">
      <w:pPr>
        <w:tabs>
          <w:tab w:val="left" w:pos="1134"/>
        </w:tabs>
        <w:spacing w:after="0" w:line="240" w:lineRule="auto"/>
        <w:ind w:firstLine="709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Курганской области</w:t>
      </w:r>
    </w:p>
    <w:p w:rsidR="00DB74E6" w:rsidRDefault="002549F4" w:rsidP="00AF2FC0">
      <w:pPr>
        <w:tabs>
          <w:tab w:val="left" w:pos="1134"/>
        </w:tabs>
        <w:spacing w:after="0" w:line="240" w:lineRule="auto"/>
        <w:ind w:firstLine="709"/>
        <w:jc w:val="right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 xml:space="preserve"> </w:t>
      </w:r>
      <w:r w:rsidR="002C5992">
        <w:rPr>
          <w:rFonts w:cs="Times New Roman"/>
          <w:sz w:val="28"/>
          <w:szCs w:val="28"/>
          <w:lang w:val="ru-RU"/>
        </w:rPr>
        <w:t>19</w:t>
      </w:r>
      <w:r w:rsidR="005A0B87" w:rsidRPr="00F251F1">
        <w:rPr>
          <w:rFonts w:cs="Times New Roman"/>
          <w:sz w:val="28"/>
          <w:szCs w:val="28"/>
          <w:lang w:val="ru-RU"/>
        </w:rPr>
        <w:t xml:space="preserve"> </w:t>
      </w:r>
      <w:r w:rsidR="002C5992">
        <w:rPr>
          <w:rFonts w:cs="Times New Roman"/>
          <w:sz w:val="28"/>
          <w:szCs w:val="28"/>
          <w:lang w:val="ru-RU"/>
        </w:rPr>
        <w:t>августа</w:t>
      </w:r>
      <w:r w:rsidR="005A0B87" w:rsidRPr="00F251F1">
        <w:rPr>
          <w:rFonts w:cs="Times New Roman"/>
          <w:sz w:val="28"/>
          <w:szCs w:val="28"/>
          <w:lang w:val="ru-RU"/>
        </w:rPr>
        <w:t xml:space="preserve"> 2026</w:t>
      </w:r>
      <w:r w:rsidRPr="00F251F1">
        <w:rPr>
          <w:rFonts w:cs="Times New Roman"/>
          <w:sz w:val="28"/>
          <w:szCs w:val="28"/>
          <w:lang w:val="ru-RU"/>
        </w:rPr>
        <w:t xml:space="preserve"> года</w:t>
      </w:r>
    </w:p>
    <w:p w:rsidR="00F251F1" w:rsidRDefault="00F251F1" w:rsidP="00AF2FC0">
      <w:pPr>
        <w:tabs>
          <w:tab w:val="left" w:pos="1134"/>
        </w:tabs>
        <w:spacing w:after="0" w:line="240" w:lineRule="auto"/>
        <w:ind w:firstLine="709"/>
        <w:jc w:val="right"/>
        <w:rPr>
          <w:rFonts w:cs="Times New Roman"/>
          <w:sz w:val="28"/>
          <w:szCs w:val="28"/>
          <w:lang w:val="ru-RU"/>
        </w:rPr>
      </w:pPr>
    </w:p>
    <w:p w:rsidR="00F251F1" w:rsidRDefault="00F251F1" w:rsidP="00AF2FC0">
      <w:pPr>
        <w:tabs>
          <w:tab w:val="left" w:pos="1134"/>
        </w:tabs>
        <w:spacing w:after="0" w:line="240" w:lineRule="auto"/>
        <w:ind w:firstLine="709"/>
        <w:jc w:val="right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2549F4">
      <w:pPr>
        <w:tabs>
          <w:tab w:val="left" w:pos="1134"/>
        </w:tabs>
        <w:spacing w:after="0" w:line="240" w:lineRule="auto"/>
        <w:jc w:val="center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b/>
          <w:sz w:val="28"/>
          <w:szCs w:val="28"/>
          <w:lang w:val="ru-RU"/>
        </w:rPr>
        <w:t>ПОЛОЖЕНИЕ</w:t>
      </w:r>
    </w:p>
    <w:p w:rsidR="0019747B" w:rsidRPr="00F251F1" w:rsidRDefault="002549F4" w:rsidP="009D3FB8">
      <w:pPr>
        <w:tabs>
          <w:tab w:val="left" w:pos="1134"/>
        </w:tabs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F251F1">
        <w:rPr>
          <w:rFonts w:cs="Times New Roman"/>
          <w:b/>
          <w:sz w:val="28"/>
          <w:szCs w:val="28"/>
          <w:lang w:val="ru-RU"/>
        </w:rPr>
        <w:t xml:space="preserve">об организации и осуществлении Адвокатской палатой </w:t>
      </w:r>
      <w:r w:rsidR="00202C1C">
        <w:rPr>
          <w:rFonts w:cs="Times New Roman"/>
          <w:b/>
          <w:sz w:val="28"/>
          <w:szCs w:val="28"/>
          <w:lang w:val="ru-RU"/>
        </w:rPr>
        <w:t>Курганской области</w:t>
      </w:r>
      <w:r w:rsidR="009D3FB8" w:rsidRPr="00F251F1">
        <w:rPr>
          <w:rFonts w:cs="Times New Roman"/>
          <w:b/>
          <w:sz w:val="28"/>
          <w:szCs w:val="28"/>
          <w:lang w:val="ru-RU"/>
        </w:rPr>
        <w:t xml:space="preserve"> </w:t>
      </w:r>
      <w:r w:rsidRPr="00F251F1">
        <w:rPr>
          <w:rFonts w:cs="Times New Roman"/>
          <w:b/>
          <w:sz w:val="28"/>
          <w:szCs w:val="28"/>
          <w:lang w:val="ru-RU"/>
        </w:rPr>
        <w:t xml:space="preserve">контроля в отношении адвокатов в сфере </w:t>
      </w:r>
      <w:r w:rsidR="007F62C1" w:rsidRPr="00F251F1">
        <w:rPr>
          <w:rFonts w:cs="Times New Roman"/>
          <w:b/>
          <w:sz w:val="28"/>
          <w:szCs w:val="28"/>
          <w:lang w:val="ru-RU"/>
        </w:rPr>
        <w:t>противодействия легализации (отмыванию) доходов, полученных преступным путем, финансированию терроризма</w:t>
      </w:r>
      <w:r w:rsidR="00DD2B94" w:rsidRPr="00F251F1">
        <w:rPr>
          <w:rFonts w:cs="Times New Roman"/>
          <w:b/>
          <w:sz w:val="28"/>
          <w:szCs w:val="28"/>
          <w:lang w:val="ru-RU"/>
        </w:rPr>
        <w:t>, экстремистской деятельности</w:t>
      </w:r>
      <w:r w:rsidR="007F62C1" w:rsidRPr="00F251F1">
        <w:rPr>
          <w:rFonts w:cs="Times New Roman"/>
          <w:b/>
          <w:sz w:val="28"/>
          <w:szCs w:val="28"/>
          <w:lang w:val="ru-RU"/>
        </w:rPr>
        <w:t xml:space="preserve"> и финансированию распространения оружия массового уничтожения</w:t>
      </w:r>
    </w:p>
    <w:p w:rsidR="007F62C1" w:rsidRPr="00F251F1" w:rsidRDefault="007F62C1" w:rsidP="002549F4">
      <w:pPr>
        <w:tabs>
          <w:tab w:val="left" w:pos="1134"/>
        </w:tabs>
        <w:spacing w:after="0" w:line="240" w:lineRule="auto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DD2B94">
      <w:pPr>
        <w:tabs>
          <w:tab w:val="left" w:pos="1134"/>
        </w:tabs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F251F1">
        <w:rPr>
          <w:rFonts w:cs="Times New Roman"/>
          <w:b/>
          <w:sz w:val="28"/>
          <w:szCs w:val="28"/>
        </w:rPr>
        <w:t>I</w:t>
      </w:r>
      <w:r w:rsidRPr="00F251F1">
        <w:rPr>
          <w:rFonts w:cs="Times New Roman"/>
          <w:b/>
          <w:sz w:val="28"/>
          <w:szCs w:val="28"/>
          <w:lang w:val="ru-RU"/>
        </w:rPr>
        <w:t>. Общие положения</w:t>
      </w:r>
    </w:p>
    <w:p w:rsidR="0019747B" w:rsidRPr="00F251F1" w:rsidRDefault="0019747B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 xml:space="preserve">1. Настоящее Положение определяет порядок организации и осуществления Адвокатской палатой </w:t>
      </w:r>
      <w:r w:rsidR="00202C1C">
        <w:rPr>
          <w:rFonts w:cs="Times New Roman"/>
          <w:sz w:val="28"/>
          <w:szCs w:val="28"/>
          <w:lang w:val="ru-RU"/>
        </w:rPr>
        <w:t>Курганской области</w:t>
      </w:r>
      <w:r w:rsidRPr="00F251F1">
        <w:rPr>
          <w:rFonts w:cs="Times New Roman"/>
          <w:sz w:val="28"/>
          <w:szCs w:val="28"/>
          <w:lang w:val="ru-RU"/>
        </w:rPr>
        <w:t xml:space="preserve"> (далее – Палата, контрольный орган) контроля в сфере противодействия легализации (отмыванию) доходов, полученных преступным путем, финансированию терроризма</w:t>
      </w:r>
      <w:r w:rsidR="00DD2B94" w:rsidRPr="00F251F1">
        <w:rPr>
          <w:rFonts w:cs="Times New Roman"/>
          <w:sz w:val="28"/>
          <w:szCs w:val="28"/>
          <w:lang w:val="ru-RU"/>
        </w:rPr>
        <w:t xml:space="preserve">, </w:t>
      </w:r>
      <w:r w:rsidR="00DD2B94" w:rsidRPr="00F251F1">
        <w:rPr>
          <w:sz w:val="28"/>
          <w:szCs w:val="28"/>
          <w:lang w:val="ru-RU"/>
        </w:rPr>
        <w:t>экстремистской деятельности</w:t>
      </w:r>
      <w:r w:rsidRPr="00F251F1">
        <w:rPr>
          <w:rFonts w:cs="Times New Roman"/>
          <w:sz w:val="28"/>
          <w:szCs w:val="28"/>
          <w:lang w:val="ru-RU"/>
        </w:rPr>
        <w:t xml:space="preserve"> и финансированию распространения </w:t>
      </w:r>
      <w:proofErr w:type="gramStart"/>
      <w:r w:rsidRPr="00F251F1">
        <w:rPr>
          <w:rFonts w:cs="Times New Roman"/>
          <w:sz w:val="28"/>
          <w:szCs w:val="28"/>
          <w:lang w:val="ru-RU"/>
        </w:rPr>
        <w:t xml:space="preserve">оружия массового уничтожения (далее – ПОД/ФТ/ФРОМУ) в отношении адвокатов, </w:t>
      </w:r>
      <w:r w:rsidR="00A05334" w:rsidRPr="00F251F1">
        <w:rPr>
          <w:rFonts w:cs="Times New Roman"/>
          <w:sz w:val="28"/>
          <w:szCs w:val="28"/>
          <w:lang w:val="ru-RU"/>
        </w:rPr>
        <w:t xml:space="preserve">готовящих или </w:t>
      </w:r>
      <w:r w:rsidRPr="00F251F1">
        <w:rPr>
          <w:rFonts w:cs="Times New Roman"/>
          <w:sz w:val="28"/>
          <w:szCs w:val="28"/>
          <w:lang w:val="ru-RU"/>
        </w:rPr>
        <w:t xml:space="preserve">осуществляющих от имени или по поручению </w:t>
      </w:r>
      <w:r w:rsidR="00DD2B94" w:rsidRPr="00F251F1">
        <w:rPr>
          <w:rFonts w:cs="Times New Roman"/>
          <w:sz w:val="28"/>
          <w:szCs w:val="28"/>
          <w:lang w:val="ru-RU"/>
        </w:rPr>
        <w:t xml:space="preserve">своего </w:t>
      </w:r>
      <w:r w:rsidRPr="00F251F1">
        <w:rPr>
          <w:rFonts w:cs="Times New Roman"/>
          <w:sz w:val="28"/>
          <w:szCs w:val="28"/>
          <w:lang w:val="ru-RU"/>
        </w:rPr>
        <w:t>клиента операции с денежными средствами или иным имуществом в случаях, предусмотренных статьей 7.1 Федерального закона от 7 августа 2001 года №</w:t>
      </w:r>
      <w:r w:rsidR="00DD2B94" w:rsidRPr="00F251F1">
        <w:rPr>
          <w:rFonts w:cs="Times New Roman"/>
          <w:sz w:val="28"/>
          <w:szCs w:val="28"/>
          <w:lang w:val="ru-RU"/>
        </w:rPr>
        <w:t> </w:t>
      </w:r>
      <w:r w:rsidRPr="00F251F1">
        <w:rPr>
          <w:rFonts w:cs="Times New Roman"/>
          <w:sz w:val="28"/>
          <w:szCs w:val="28"/>
          <w:lang w:val="ru-RU"/>
        </w:rPr>
        <w:t>115-ФЗ «О</w:t>
      </w:r>
      <w:r w:rsidR="00DD2B94" w:rsidRPr="00F251F1">
        <w:rPr>
          <w:rFonts w:cs="Times New Roman"/>
          <w:sz w:val="28"/>
          <w:szCs w:val="28"/>
          <w:lang w:val="ru-RU"/>
        </w:rPr>
        <w:t xml:space="preserve"> </w:t>
      </w:r>
      <w:r w:rsidRPr="00F251F1">
        <w:rPr>
          <w:rFonts w:cs="Times New Roman"/>
          <w:sz w:val="28"/>
          <w:szCs w:val="28"/>
          <w:lang w:val="ru-RU"/>
        </w:rPr>
        <w:t>противодействии легализации (отмыванию) доходов, полученных преступным путем, и финансированию терроризма»</w:t>
      </w:r>
      <w:r w:rsidR="004378CC" w:rsidRPr="00F251F1">
        <w:rPr>
          <w:rFonts w:cs="Times New Roman"/>
          <w:sz w:val="28"/>
          <w:szCs w:val="28"/>
          <w:lang w:val="ru-RU"/>
        </w:rPr>
        <w:t xml:space="preserve"> (далее </w:t>
      </w:r>
      <w:r w:rsidR="006228D4" w:rsidRPr="00F251F1">
        <w:rPr>
          <w:rFonts w:cs="Times New Roman"/>
          <w:sz w:val="28"/>
          <w:szCs w:val="28"/>
          <w:lang w:val="ru-RU"/>
        </w:rPr>
        <w:t xml:space="preserve">– </w:t>
      </w:r>
      <w:r w:rsidR="004378CC" w:rsidRPr="00F251F1">
        <w:rPr>
          <w:rFonts w:cs="Times New Roman"/>
          <w:sz w:val="28"/>
          <w:szCs w:val="28"/>
          <w:lang w:val="ru-RU"/>
        </w:rPr>
        <w:t>Федеральный закон № 115-ФЗ)</w:t>
      </w:r>
      <w:r w:rsidRPr="00F251F1">
        <w:rPr>
          <w:rFonts w:cs="Times New Roman"/>
          <w:sz w:val="28"/>
          <w:szCs w:val="28"/>
          <w:lang w:val="ru-RU"/>
        </w:rPr>
        <w:t>, а также устанавливает права и</w:t>
      </w:r>
      <w:proofErr w:type="gramEnd"/>
      <w:r w:rsidRPr="00F251F1">
        <w:rPr>
          <w:rFonts w:cs="Times New Roman"/>
          <w:sz w:val="28"/>
          <w:szCs w:val="28"/>
          <w:lang w:val="ru-RU"/>
        </w:rPr>
        <w:t xml:space="preserve"> обязанности адвокатов, возникающие в связи с осуществлением такого контроля.</w:t>
      </w:r>
    </w:p>
    <w:p w:rsidR="00BC52EA" w:rsidRPr="00F251F1" w:rsidRDefault="00BC52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2. Настоящее Положение разработано на основе Федерального закона № 115-ФЗ, Федерального закона от 31 мая 2002 года № 63-ФЗ «Об адвокатской деятельности и адвокатуре в Российской Федерации», Кодекса профессиональной этики адвоката, постановления Правительства Российской Федерации от 19 февраля 2022 года № 219 «Об утверждении Положения о контроле (надзоре) в сфере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уничтожения», решений и разъяснений Федеральной палаты адвокатов Российской Федерации, а также методических документов Федеральной палаты адвокатов Российской Федерации по вопросам организации контроля в сфере ПОД/ФТ/ФРОМУ.</w:t>
      </w:r>
    </w:p>
    <w:p w:rsidR="00BC52EA" w:rsidRPr="00F251F1" w:rsidRDefault="00BC52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3. Предметом контроля является соблюдение адвокатами требований законодательства о ПОД/ФТ/ФРОМУ при осуществлении видов юридической помощи, указанных в пункте 1 статьи 7.1 Федерального закона № 115-ФЗ.</w:t>
      </w:r>
    </w:p>
    <w:p w:rsidR="00BC52EA" w:rsidRPr="00F251F1" w:rsidRDefault="00BC52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4. Контрольные мероприятия осуществляются в отношении адвокатов, в отношении которых имеются сведения об осуществлении либо признаках осуществления деятельности, подпадающей под действие статьи 7.1 Федерального закона № 115-ФЗ. При отсутствии таких сведений применяются профилактические и уточняющие мероприятия.</w:t>
      </w:r>
    </w:p>
    <w:p w:rsidR="00BC52EA" w:rsidRPr="00F251F1" w:rsidRDefault="00BC52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5. Объектом контроля является деятельность адвоката по исполнению обязанностей в сфере ПОД/ФТ/ФРОМУ в пределах, установленных законодательством Российской Федерации.</w:t>
      </w:r>
    </w:p>
    <w:p w:rsidR="00BC52EA" w:rsidRPr="00F251F1" w:rsidRDefault="00BC52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6. Контроль осуществляется с соблюдением гарантий адвокатской тайны, принципов законности, соразмерности, риск-ориентированного подхода, добросовестности, недопустимости вмешательства в оказание юридической помощи и недопустимости истребования сведений, не относящихся к предмету контрольного мероприятия.</w:t>
      </w:r>
    </w:p>
    <w:p w:rsidR="00BC52EA" w:rsidRPr="00F251F1" w:rsidRDefault="00BC52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7. Истребование и исследование документов, содержащих сведения, составляющие адвокатскую тайну, допускаются только в случаях и пределах, прямо предусмотренных законодательством Российской Федерации. При проведении обычных контрольных мероприятий используются преимущественно организационные, учетные, обезличенные и иные документы, позволяющие оценить соблюдение требований законодательства без раскрытия содержания конкретных поручений доверителей.</w:t>
      </w:r>
    </w:p>
    <w:p w:rsidR="00BC52EA" w:rsidRPr="00F251F1" w:rsidRDefault="00BC52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8. Палата осуществляет контроль с применением риск-ориентированного подхода. Для целей применения риск-ориентированного подхода деятельность контролируемого лица относится к одному из следующих уровней риска несоблюдения требований законодательства: высокий, повышенный, умеренный, низкий.</w:t>
      </w:r>
    </w:p>
    <w:p w:rsidR="00BC52EA" w:rsidRPr="00F251F1" w:rsidRDefault="00BC52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 xml:space="preserve">9. Отнесение адвоката к определенному уровню риска, а равно изменение уровня риска осуществляются контрольным органом на основании </w:t>
      </w:r>
      <w:r w:rsidR="009D689C" w:rsidRPr="00F251F1">
        <w:rPr>
          <w:rFonts w:cs="Times New Roman"/>
          <w:sz w:val="28"/>
          <w:szCs w:val="28"/>
          <w:lang w:val="ru-RU"/>
        </w:rPr>
        <w:t>М</w:t>
      </w:r>
      <w:r w:rsidRPr="00F251F1">
        <w:rPr>
          <w:rFonts w:cs="Times New Roman"/>
          <w:sz w:val="28"/>
          <w:szCs w:val="28"/>
          <w:lang w:val="ru-RU"/>
        </w:rPr>
        <w:t xml:space="preserve">одели оценки рисков, утверждаемой Советом Палаты на основе </w:t>
      </w:r>
      <w:r w:rsidR="009D689C" w:rsidRPr="00F251F1">
        <w:rPr>
          <w:rFonts w:cs="Times New Roman"/>
          <w:sz w:val="28"/>
          <w:szCs w:val="28"/>
          <w:lang w:val="ru-RU"/>
        </w:rPr>
        <w:t>М</w:t>
      </w:r>
      <w:r w:rsidRPr="00F251F1">
        <w:rPr>
          <w:rFonts w:cs="Times New Roman"/>
          <w:sz w:val="28"/>
          <w:szCs w:val="28"/>
          <w:lang w:val="ru-RU"/>
        </w:rPr>
        <w:t>одели оценки рисков, рекомендованной Федеральной палатой адвокатов Российской Федерации. Для целей реализации риск-ориентированного подхода Президентом Палаты назначаются ответственные лица, организуется их обучение и ведется документирование принятых решений по уровню риска.</w:t>
      </w:r>
    </w:p>
    <w:p w:rsidR="009D01D9" w:rsidRPr="00F251F1" w:rsidRDefault="009D01D9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2549F4">
      <w:pPr>
        <w:tabs>
          <w:tab w:val="left" w:pos="709"/>
        </w:tabs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F251F1">
        <w:rPr>
          <w:rFonts w:cs="Times New Roman"/>
          <w:b/>
          <w:sz w:val="28"/>
          <w:szCs w:val="28"/>
          <w:lang w:val="ru-RU"/>
        </w:rPr>
        <w:t>II. Виды профилактических и контрольных мероприятий</w:t>
      </w:r>
    </w:p>
    <w:p w:rsidR="009D01D9" w:rsidRPr="00F251F1" w:rsidRDefault="009D01D9" w:rsidP="00AF2FC0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10. Контроль осуществляется посредством проведения профилактических мероприятий и контрольных</w:t>
      </w:r>
      <w:r w:rsidR="00EE77E3" w:rsidRPr="00F251F1">
        <w:rPr>
          <w:rFonts w:cs="Times New Roman"/>
          <w:sz w:val="28"/>
          <w:szCs w:val="28"/>
          <w:lang w:val="ru-RU"/>
        </w:rPr>
        <w:t xml:space="preserve"> </w:t>
      </w:r>
      <w:r w:rsidRPr="00F251F1">
        <w:rPr>
          <w:rFonts w:cs="Times New Roman"/>
          <w:sz w:val="28"/>
          <w:szCs w:val="28"/>
          <w:lang w:val="ru-RU"/>
        </w:rPr>
        <w:t>мероприятий.</w:t>
      </w:r>
    </w:p>
    <w:p w:rsidR="00EE77E3" w:rsidRPr="00F251F1" w:rsidRDefault="00EE77E3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11. К профилактическим мероприятиям относятся:</w:t>
      </w:r>
    </w:p>
    <w:p w:rsidR="00BC52EA" w:rsidRPr="00F251F1" w:rsidRDefault="00BC52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11.1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анкетирование (опрос) адвокатов;</w:t>
      </w:r>
    </w:p>
    <w:p w:rsidR="00BC52EA" w:rsidRPr="00F251F1" w:rsidRDefault="00BC52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11.2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обобщение правоприменительной и </w:t>
      </w:r>
      <w:r w:rsidR="00B24A1E" w:rsidRPr="00F251F1">
        <w:rPr>
          <w:rFonts w:cs="Times New Roman"/>
          <w:sz w:val="28"/>
          <w:szCs w:val="28"/>
          <w:lang w:val="ru-RU"/>
        </w:rPr>
        <w:t xml:space="preserve">контрольной </w:t>
      </w:r>
      <w:r w:rsidRPr="00F251F1">
        <w:rPr>
          <w:rFonts w:cs="Times New Roman"/>
          <w:sz w:val="28"/>
          <w:szCs w:val="28"/>
          <w:lang w:val="ru-RU"/>
        </w:rPr>
        <w:t>практики и доведение ее результатов до сведения адвокатов;</w:t>
      </w:r>
    </w:p>
    <w:p w:rsidR="00BC52EA" w:rsidRPr="00F251F1" w:rsidRDefault="00BC52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11.3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доведение до адвокатов информации об актуальных требованиях законодательства, рисках и типологиях </w:t>
      </w:r>
      <w:r w:rsidR="009D2B97" w:rsidRPr="00F251F1">
        <w:rPr>
          <w:rFonts w:cs="Times New Roman"/>
          <w:sz w:val="28"/>
          <w:szCs w:val="28"/>
          <w:lang w:val="ru-RU"/>
        </w:rPr>
        <w:t>П</w:t>
      </w:r>
      <w:r w:rsidRPr="00F251F1">
        <w:rPr>
          <w:rFonts w:cs="Times New Roman"/>
          <w:sz w:val="28"/>
          <w:szCs w:val="28"/>
          <w:lang w:val="ru-RU"/>
        </w:rPr>
        <w:t>ОД/ФТ/ФРОМУ, операциях (сделках), требующих повышенного внимания, а также об изменениях законодательства и нормативного регулирования;</w:t>
      </w:r>
    </w:p>
    <w:p w:rsidR="00BC52EA" w:rsidRPr="00F251F1" w:rsidRDefault="00BC52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11.4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проведение семинаров, вебинаров, конференций и иных обучающих мероприятий в целях повышения уровня осведомленности адвокатов и работников Палаты о требованиях законодательства в сфере ПОД/ФТ/ФРОМУ;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11.5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адресное консультирование и разъяснение типовых вопросов применения статьи 7.1 Федерального закона № 115-ФЗ.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12. К контрольным мероприятиям относятся: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12.1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информирование адвоката о наличии признаков возможного несоблюдения обязательных требований и о необходимости принятия мер по их соблюдению;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12.2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проведение плановых, внеплановых и повторных (контрольных) проверок в документарной или выездной форме.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 xml:space="preserve">13. Информирование адвоката осуществляется при наличии у Палаты сведений о признаках нарушений, соответствующих умеренному уровню риска либо требующих пересмотра ранее присвоенного уровня риска. Палата направляет адвокату </w:t>
      </w:r>
      <w:r w:rsidR="00CB0F47" w:rsidRPr="00F251F1">
        <w:rPr>
          <w:rFonts w:cs="Times New Roman"/>
          <w:sz w:val="28"/>
          <w:szCs w:val="28"/>
          <w:lang w:val="ru-RU"/>
        </w:rPr>
        <w:t xml:space="preserve">уведомление </w:t>
      </w:r>
      <w:r w:rsidRPr="00F251F1">
        <w:rPr>
          <w:rFonts w:cs="Times New Roman"/>
          <w:sz w:val="28"/>
          <w:szCs w:val="28"/>
          <w:lang w:val="ru-RU"/>
        </w:rPr>
        <w:t>с указанием выявленных признаков</w:t>
      </w:r>
      <w:r w:rsidR="00CB0F47" w:rsidRPr="00F251F1">
        <w:rPr>
          <w:rFonts w:cs="Times New Roman"/>
          <w:sz w:val="28"/>
          <w:szCs w:val="28"/>
          <w:lang w:val="ru-RU"/>
        </w:rPr>
        <w:t xml:space="preserve"> нарушений</w:t>
      </w:r>
      <w:r w:rsidRPr="00F251F1">
        <w:rPr>
          <w:rFonts w:cs="Times New Roman"/>
          <w:sz w:val="28"/>
          <w:szCs w:val="28"/>
          <w:lang w:val="ru-RU"/>
        </w:rPr>
        <w:t>, рекомендациями по их устранению и предложением представить информацию о принятых мерах</w:t>
      </w:r>
      <w:r w:rsidR="00CB0F47" w:rsidRPr="00F251F1">
        <w:rPr>
          <w:rFonts w:cs="Times New Roman"/>
          <w:sz w:val="28"/>
          <w:szCs w:val="28"/>
          <w:lang w:val="ru-RU"/>
        </w:rPr>
        <w:t xml:space="preserve"> (Приложение № 1)</w:t>
      </w:r>
      <w:r w:rsidRPr="00F251F1">
        <w:rPr>
          <w:rFonts w:cs="Times New Roman"/>
          <w:sz w:val="28"/>
          <w:szCs w:val="28"/>
          <w:lang w:val="ru-RU"/>
        </w:rPr>
        <w:t>.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lastRenderedPageBreak/>
        <w:t xml:space="preserve">14. </w:t>
      </w:r>
      <w:r w:rsidR="0020504C" w:rsidRPr="00F251F1">
        <w:rPr>
          <w:rFonts w:cs="Times New Roman"/>
          <w:sz w:val="28"/>
          <w:szCs w:val="28"/>
          <w:lang w:val="ru-RU"/>
        </w:rPr>
        <w:t>Адвокат представляет информацию о принятых мерах в течение 5 рабочих дней со дня получения письма. С учетом объема запрашиваемых сведений Палата вправе установить более длительный срок, но не более 10 рабочих дней</w:t>
      </w:r>
      <w:r w:rsidRPr="00F251F1">
        <w:rPr>
          <w:rFonts w:cs="Times New Roman"/>
          <w:sz w:val="28"/>
          <w:szCs w:val="28"/>
          <w:lang w:val="ru-RU"/>
        </w:rPr>
        <w:t>.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15. В целях ПОД/ФТ/ФРОМУ проводятся плановые, внеплановые и повторные (контрольные) проверки. Формы проверок: документарная и выездная.</w:t>
      </w:r>
    </w:p>
    <w:p w:rsidR="00A05334" w:rsidRPr="00F251F1" w:rsidRDefault="00A0533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16. Выбор вида контрольного мероприятия осуществляется на основании присвоенного адвокату уровня риска и характера имеющихся сведений: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16.1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высокий уровень риска – плановая документарная или выездная проверка, а при наличии оснований – внеплановая документарная или выездная проверка;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16.2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повышенный уровень риска – плановая документарная проверка, а при наличии оснований – внеплановая документарная или выездная проверка;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16.3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умеренный уровень риска – информирование, а при наличии оснований – внеплановая документарная проверка;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16.4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низкий уровень риска – профилактические мероприятия без проведения плановых и внеплановых проверок, если отсутствуют основания для пересмотра уровня риска.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17. Основаниями для проведения внеплановой проверки являются: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17.1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поступление информации из Росфинмониторинга, Федеральной палаты адвокатов Российской Федерации, органов государственной власти или иных</w:t>
      </w:r>
      <w:r w:rsidR="0020504C" w:rsidRPr="00F251F1">
        <w:rPr>
          <w:rFonts w:cs="Times New Roman"/>
          <w:sz w:val="28"/>
          <w:szCs w:val="28"/>
          <w:lang w:val="ru-RU"/>
        </w:rPr>
        <w:t xml:space="preserve"> </w:t>
      </w:r>
      <w:r w:rsidR="00492B62" w:rsidRPr="00F251F1">
        <w:rPr>
          <w:rFonts w:cs="Times New Roman"/>
          <w:sz w:val="28"/>
          <w:szCs w:val="28"/>
          <w:lang w:val="ru-RU"/>
        </w:rPr>
        <w:t xml:space="preserve">документально зафиксированных сведений, позволяющих предполагать наличие признаков несоблюдения адвокатом обязательных требований </w:t>
      </w:r>
      <w:r w:rsidR="00930774" w:rsidRPr="00F251F1">
        <w:rPr>
          <w:rFonts w:cs="Times New Roman"/>
          <w:sz w:val="28"/>
          <w:szCs w:val="28"/>
          <w:lang w:val="ru-RU"/>
        </w:rPr>
        <w:t>законодательства в сфере ПОД/ФТ/ФРОМУ</w:t>
      </w:r>
      <w:r w:rsidRPr="00F251F1">
        <w:rPr>
          <w:rFonts w:cs="Times New Roman"/>
          <w:sz w:val="28"/>
          <w:szCs w:val="28"/>
          <w:lang w:val="ru-RU"/>
        </w:rPr>
        <w:t>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17.2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непредставление адвокатом ответа на информирование в срок, установленный пунктом 14 настоящего Положения;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17.3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представление адвокатом ответа, свидетельствующего о неустранении выявленных признаков нарушений;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17.4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выявление признаков повторности нарушений;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lastRenderedPageBreak/>
        <w:t>17.5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неисполнение либо ненадлежащее исполнение ранее выданного предписания.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18. Повторная (контрольная) проверка проводится для контроля устранения ранее выявленных нарушений и исполнения выданного предписания.</w:t>
      </w:r>
    </w:p>
    <w:p w:rsidR="00A05334" w:rsidRPr="00F251F1" w:rsidRDefault="00A0533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19. Предметом проверки могут быть исключительно вопросы, относящиеся к исполнению адвокатом обязанностей, возникающих в силу статьи 7.1 Федерального закона № 115-ФЗ, в том числе: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19.1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использование адвокатом личного кабинета на официальном сайте Росфинмониторинга и ознакомление с обязательной информацией, размещаемой в таком кабинете;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19.2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наличие и актуальность организационных решений по исполнению правил внутреннего контроля (далее – ПВК), включая назначение специального должностного лица в случаях, когда такое назначение требуется, и прохождение необходимого обучения;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19.3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наличие и актуальность правил внутреннего контроля;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19.4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соблюдение процедур идентификации доверителей, их представителей, выгодоприобретателей и бенефициарных владельцев;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19.5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оценка степени (уровня) риска клиента и поручения;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19.6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выявление подозрительных операций, наличие мотивированных суждений и соблюдение порядка направления сведений в Росфинмониторинг в случаях, предусмотренных законодательством;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19.7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принятие мер по замораживанию (блокированию) активов, если такие меры подлежат применению;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19.8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фиксирование, хранение и защита сведений, полученных в результате реализации ПВК.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20. В случае выявления при проверке признаков неисполнения профессиональных обязанностей в сфере ПОД/ФТ/ФРОМУ, а равно уклонения от проведения проверки, в отношении адвоката может быть инициировано дисциплинарное производство в порядке, установленном законодательством об адвокатуре и корпоративными актами адвокатуры.</w:t>
      </w:r>
    </w:p>
    <w:p w:rsidR="0019747B" w:rsidRPr="00F251F1" w:rsidRDefault="0019747B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2549F4" w:rsidRPr="00F251F1" w:rsidRDefault="002549F4" w:rsidP="002549F4">
      <w:pPr>
        <w:tabs>
          <w:tab w:val="left" w:pos="1134"/>
        </w:tabs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F251F1">
        <w:rPr>
          <w:rFonts w:cs="Times New Roman"/>
          <w:b/>
          <w:sz w:val="28"/>
          <w:szCs w:val="28"/>
        </w:rPr>
        <w:t>III</w:t>
      </w:r>
      <w:r w:rsidRPr="00F251F1">
        <w:rPr>
          <w:rFonts w:cs="Times New Roman"/>
          <w:b/>
          <w:sz w:val="28"/>
          <w:szCs w:val="28"/>
          <w:lang w:val="ru-RU"/>
        </w:rPr>
        <w:t xml:space="preserve">. </w:t>
      </w:r>
      <w:r w:rsidR="00C937BB" w:rsidRPr="00F251F1">
        <w:rPr>
          <w:rFonts w:cs="Times New Roman"/>
          <w:b/>
          <w:sz w:val="28"/>
          <w:szCs w:val="28"/>
          <w:lang w:val="ru-RU"/>
        </w:rPr>
        <w:t>Права и обязанности контрольного органа</w:t>
      </w:r>
    </w:p>
    <w:p w:rsidR="00DB74E6" w:rsidRPr="00F251F1" w:rsidRDefault="00C937BB" w:rsidP="002549F4">
      <w:pPr>
        <w:tabs>
          <w:tab w:val="left" w:pos="1134"/>
        </w:tabs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F251F1">
        <w:rPr>
          <w:rFonts w:cs="Times New Roman"/>
          <w:b/>
          <w:sz w:val="28"/>
          <w:szCs w:val="28"/>
          <w:lang w:val="ru-RU"/>
        </w:rPr>
        <w:t>и контролируемого лица</w:t>
      </w:r>
    </w:p>
    <w:p w:rsidR="0019747B" w:rsidRPr="00F251F1" w:rsidRDefault="0019747B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21. Палата при осуществлении контроля обязана: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21.1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соблюдать законодательство Российской Федерации, права и законные интересы контролируемых лиц;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21.2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осуществлять предоставленные полномочия своевременно и в полном объеме в пределах предмета контрольного мероприятия;</w:t>
      </w:r>
    </w:p>
    <w:p w:rsidR="00892896" w:rsidRPr="00F251F1" w:rsidRDefault="008928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21.3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знакомить контролируемых лиц с основаниями проведения контрольных мероприятий и их результатами в порядке, установленном настоящим Положением;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21.4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соблюдать установленные сроки проведения контрольных мероприятий;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21.5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не требовать от адвокатов документы и сведения, представление которых не предусмотрено законодательством Российской Федерации и настоящим Положением либо которые не относятся к предмету проверки;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21.6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обеспечивать ограничение доступа к материалам проверки и соблюдение требований о защите информации.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22. Палата в пределах своих полномочий имеет право: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22.1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запрашивать документы, сведения, письменные объяснения, выписки, журналы, реестры, обезличенные копии и иные материалы, относящиеся к предмету проверки;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22.2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получать от адвоката пояснения по обстоятельствам, имеющим значение для проверки;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22.3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знакомиться с электронными базами данных и информационными системами контролируемого лица только в части, относящейся к предмету проверки, путем представления адвокатом необходимых выгрузок, реестров, журналов, скриншотов или иных документов, без предоставления неограниченного доступа ко всей информационной системе;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lastRenderedPageBreak/>
        <w:t>22.4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проводить выездную проверку в случаях, предусмотренных настоящим Положением;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22.5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выдавать предписания об устранении выявленных нарушений.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23. Палата не вправе: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23.1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оценивать соблюдение требований законодательства, если такая оценка не относится к ее полномочиям;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23.2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проводить контрольные мероприятия, не предусмотренные решением о проверке;</w:t>
      </w:r>
    </w:p>
    <w:p w:rsidR="002549F4" w:rsidRPr="00F251F1" w:rsidRDefault="002549F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23.3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требовать представления документов и сведений, не относящихся к предмету контрольного мероприятия;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23.4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изымать оригиналы документов, за исключением случаев, прямо предусмотренных законом;</w:t>
      </w:r>
    </w:p>
    <w:p w:rsidR="00A23EEA" w:rsidRPr="00F251F1" w:rsidRDefault="00A23EEA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23.5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распространять сведения, полученные при осуществлении контроля, составляющие охраняемую законом тайну.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24. Контролируемое лицо вправе: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24.1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присутствовать при проведении контрольных мероприятий и давать пояснения по вопросам их проведения;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24.2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получать от Палаты информацию, относящуюся к предмету профилактического либо контрольного мероприятия;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24.3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знакомиться с документами, являющимися основанием проведения проверки;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24.4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ходатайствовать о продлении срока проведения проверки либо срока представления документов;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24.5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знакомиться с результатами проверки и представлять возражения на акт проверки;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24.6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обжаловать решения, принятые контрольным органом, в установленном порядке.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lastRenderedPageBreak/>
        <w:t>25. Контролируемое лицо обязано: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25.1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представить в установленные сроки документы и сведения, относящиеся к предмету проверки;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25.2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обеспечить возможность ознакомления с относящимися к предмету проверки материалами в форме, не нарушающей требования законодательства об адвокатской тайне;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25.3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исполнять законные требования, содержащиеся в предписании, в установленный срок.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2549F4">
      <w:pPr>
        <w:tabs>
          <w:tab w:val="left" w:pos="1134"/>
        </w:tabs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F251F1">
        <w:rPr>
          <w:rFonts w:cs="Times New Roman"/>
          <w:b/>
          <w:sz w:val="28"/>
          <w:szCs w:val="28"/>
        </w:rPr>
        <w:t>IV</w:t>
      </w:r>
      <w:r w:rsidRPr="00F251F1">
        <w:rPr>
          <w:rFonts w:cs="Times New Roman"/>
          <w:b/>
          <w:sz w:val="28"/>
          <w:szCs w:val="28"/>
          <w:lang w:val="ru-RU"/>
        </w:rPr>
        <w:t>. Порядок проведения контрольных мероприятий</w:t>
      </w:r>
    </w:p>
    <w:p w:rsidR="009D01D9" w:rsidRPr="00F251F1" w:rsidRDefault="009D01D9" w:rsidP="00AF2FC0">
      <w:pPr>
        <w:tabs>
          <w:tab w:val="left" w:pos="1134"/>
        </w:tabs>
        <w:spacing w:after="0" w:line="240" w:lineRule="auto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26. Контрольные мероприятия в форме плановых и внеплановых проверок не проводятся в отношении адвокатов, отнесенных к низкому уровню риска, если отсутствуют основания для пересмотра уровня риска либо иные основания, указанные в пункте 17 настоящего Положения.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27. Плановые проверки проводятся на основании планов проведения проверок, утверждаемых Советом Палаты.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28. Основанием для проведения проверки является распоряжение Президента Палаты.</w:t>
      </w:r>
      <w:r w:rsidR="0020504C" w:rsidRPr="00F251F1">
        <w:rPr>
          <w:rFonts w:cs="Times New Roman"/>
          <w:sz w:val="28"/>
          <w:szCs w:val="28"/>
          <w:lang w:val="ru-RU"/>
        </w:rPr>
        <w:t xml:space="preserve"> Срок проведения документарной проверки не может превышать 20 рабочих дней, выездной проверки — 10 рабочих дней. Указанные сроки могут быть продлены Президентом Палаты однократно на срок не более </w:t>
      </w:r>
      <w:r w:rsidR="006B47D4" w:rsidRPr="00F251F1">
        <w:rPr>
          <w:rFonts w:cs="Times New Roman"/>
          <w:sz w:val="28"/>
          <w:szCs w:val="28"/>
          <w:lang w:val="ru-RU"/>
        </w:rPr>
        <w:t>1</w:t>
      </w:r>
      <w:r w:rsidR="0020504C" w:rsidRPr="00F251F1">
        <w:rPr>
          <w:rFonts w:cs="Times New Roman"/>
          <w:sz w:val="28"/>
          <w:szCs w:val="28"/>
          <w:lang w:val="ru-RU"/>
        </w:rPr>
        <w:t>0 рабочих дней при наличии мотивированного представления руководителя проверки</w:t>
      </w:r>
      <w:r w:rsidR="006B47D4" w:rsidRPr="00F251F1">
        <w:rPr>
          <w:rFonts w:cs="Times New Roman"/>
          <w:sz w:val="28"/>
          <w:szCs w:val="28"/>
          <w:lang w:val="ru-RU"/>
        </w:rPr>
        <w:t>.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29. Распоряжение о проведении проверки должно содержать</w:t>
      </w:r>
      <w:r w:rsidR="00CB0F47" w:rsidRPr="00F251F1">
        <w:rPr>
          <w:rFonts w:cs="Times New Roman"/>
          <w:sz w:val="28"/>
          <w:szCs w:val="28"/>
          <w:lang w:val="ru-RU"/>
        </w:rPr>
        <w:t xml:space="preserve"> (Приложение № 2)</w:t>
      </w:r>
      <w:r w:rsidRPr="00F251F1">
        <w:rPr>
          <w:rFonts w:cs="Times New Roman"/>
          <w:sz w:val="28"/>
          <w:szCs w:val="28"/>
          <w:lang w:val="ru-RU"/>
        </w:rPr>
        <w:t>: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29.1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наименование контрольного органа;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29.2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фамилии, имена, отчества (при наличии) и должности инспектора (инспекторов);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29.3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фамилию, имя, отчество (при наличии) и должность руководителя проверки</w:t>
      </w:r>
      <w:r w:rsidR="00A442FD" w:rsidRPr="00F251F1">
        <w:rPr>
          <w:rFonts w:cs="Times New Roman"/>
          <w:sz w:val="28"/>
          <w:szCs w:val="28"/>
          <w:lang w:val="ru-RU"/>
        </w:rPr>
        <w:t xml:space="preserve"> (уполномоченного лица)</w:t>
      </w:r>
      <w:r w:rsidRPr="00F251F1">
        <w:rPr>
          <w:rFonts w:cs="Times New Roman"/>
          <w:sz w:val="28"/>
          <w:szCs w:val="28"/>
          <w:lang w:val="ru-RU"/>
        </w:rPr>
        <w:t>, если назначается более одного инспектора;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29.4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фамилию, имя, отчество (при наличии) адвоката, в отношении которого проводится проверка, регистрационный номер в Едином </w:t>
      </w:r>
      <w:r w:rsidRPr="00F251F1">
        <w:rPr>
          <w:rFonts w:cs="Times New Roman"/>
          <w:sz w:val="28"/>
          <w:szCs w:val="28"/>
          <w:lang w:val="ru-RU"/>
        </w:rPr>
        <w:lastRenderedPageBreak/>
        <w:t>государственном реестре адвокатов, место фактического осуществления деятельности;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29.5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вид проверки, основания ее проведения, предмет проверки, срок проведения, перечень контрольных действий и проверяемый период;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29.6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адрес электронной почты, по которому контролируемое лицо может направлять документы и пояснения.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30. О проведении проверки адвокат уведомляется путем направления распоряжения по адресу электронной почты, сообщенному в Палату, либо через личный кабинет адвоката в автоматизированной информационной системе Палаты, а при отсутствии актуальных сведений об адресе электронной почты – почтовым отправлением по месту жительства либо месту осуществления адвокатской деятельности.</w:t>
      </w:r>
    </w:p>
    <w:p w:rsidR="0020504C" w:rsidRPr="00F251F1" w:rsidRDefault="0020504C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 xml:space="preserve">31. </w:t>
      </w:r>
      <w:r w:rsidR="0020504C" w:rsidRPr="00F251F1">
        <w:rPr>
          <w:rFonts w:cs="Times New Roman"/>
          <w:sz w:val="28"/>
          <w:szCs w:val="28"/>
          <w:lang w:val="ru-RU"/>
        </w:rPr>
        <w:t>О проведении выездной проверки адвокат уведомляется не позднее чем за 48 часов до ее начала. Сокращенный срок уведомления допускается только при наличии документально зафиксированных обстоятельств, свидетельствующих о риске утраты, изменения или непредставления материалов, относящихся к предмету проверки, либо при проведении повторной проверки исполнения предписания</w:t>
      </w:r>
      <w:r w:rsidRPr="00F251F1">
        <w:rPr>
          <w:rFonts w:cs="Times New Roman"/>
          <w:sz w:val="28"/>
          <w:szCs w:val="28"/>
          <w:lang w:val="ru-RU"/>
        </w:rPr>
        <w:t>.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32. Документарная проверка проводится по месту нахождения контрольного органа. Выездная проверка проводится по месту осуществления адвокатской деятельности либо по месту нахождения документов и материалов, относящихся к предмету проверки.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33. Выездная проверка проводится, если: представленные материалы недостаточны для завершения документарной проверки; адвокат не представил документы по документарному запросу; необходимо проверить фактическую организацию исполнения ПВК и хранения материалов; либо характер выявленных обстоятельств требует выездной формы контроля</w:t>
      </w:r>
      <w:r w:rsidR="00295814" w:rsidRPr="00F251F1">
        <w:rPr>
          <w:rFonts w:cs="Times New Roman"/>
          <w:sz w:val="28"/>
          <w:szCs w:val="28"/>
          <w:lang w:val="ru-RU"/>
        </w:rPr>
        <w:t xml:space="preserve"> при соблюдении ограничений, установленных пунктами 6 и 7 настоящего Положения</w:t>
      </w:r>
      <w:r w:rsidRPr="00F251F1">
        <w:rPr>
          <w:rFonts w:cs="Times New Roman"/>
          <w:sz w:val="28"/>
          <w:szCs w:val="28"/>
          <w:lang w:val="ru-RU"/>
        </w:rPr>
        <w:t>. Выездная проверка в отношении одного и того же адвоката не проводится чаще одного раза в календарный год, если иное не обусловлено исполнением предписания либо вновь возникшими основаниями для внеплановой проверки.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 xml:space="preserve">34. При проведении документарной проверки адвокату вместе с распоряжением направляется запрос о предоставлении документов и информации, который должен содержать дату составления, номер и дату </w:t>
      </w:r>
      <w:r w:rsidRPr="00F251F1">
        <w:rPr>
          <w:rFonts w:cs="Times New Roman"/>
          <w:sz w:val="28"/>
          <w:szCs w:val="28"/>
          <w:lang w:val="ru-RU"/>
        </w:rPr>
        <w:lastRenderedPageBreak/>
        <w:t>распоряжения, перечень запрашиваемых документов и сведений, форму и срок их представления</w:t>
      </w:r>
      <w:r w:rsidR="00CB0F47" w:rsidRPr="00F251F1">
        <w:rPr>
          <w:rFonts w:cs="Times New Roman"/>
          <w:sz w:val="28"/>
          <w:szCs w:val="28"/>
          <w:lang w:val="ru-RU"/>
        </w:rPr>
        <w:t xml:space="preserve"> (Приложение № 3)</w:t>
      </w:r>
      <w:r w:rsidRPr="00F251F1">
        <w:rPr>
          <w:rFonts w:cs="Times New Roman"/>
          <w:sz w:val="28"/>
          <w:szCs w:val="28"/>
          <w:lang w:val="ru-RU"/>
        </w:rPr>
        <w:t>.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35. Срок представления документов исчисляется со следующего рабочего дня после получения адвокатом запроса. Установленный срок должен обеспечивать реальную возможность подготовки документов и сведений.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36. Адвокат вправе обратиться к руководителю проверки с письменным ходатайством о продлении срока представления документов с указанием причин невозможности их представления в установленный срок.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37. Руководитель проверки в течение одного рабочего дня со дня получения ходатайства рассматривает его и направляет адвокату уведомление о продлении срока либо об отказе в продлении срока с указанием мотивов.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38. Представляемые адвокатом копии документов заверяются надлежащим образом. При наличии технической возможности допускается представление электронных копий, подписанных усиленной квалифицированной электронной подписью либо удостоверенных иным способом, позволяющим установить их происхождение.</w:t>
      </w:r>
    </w:p>
    <w:p w:rsidR="00892896" w:rsidRPr="00F251F1" w:rsidRDefault="008928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39. В случае возникновения объективных причин невозможности завершить проверку в установленный срок руководитель проверки вносит Президенту Палаты мотивированное представление о продлении срока проведения проверки.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40. Контролируемое лицо информируется о продлении срока проверки и об изменении состава группы инспекторов любым способом, обеспечивающим фиксацию факта и даты направления уведомления.</w:t>
      </w:r>
    </w:p>
    <w:p w:rsidR="00451826" w:rsidRPr="00F251F1" w:rsidRDefault="0045182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2549F4">
      <w:pPr>
        <w:tabs>
          <w:tab w:val="left" w:pos="1134"/>
        </w:tabs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F251F1">
        <w:rPr>
          <w:rFonts w:cs="Times New Roman"/>
          <w:b/>
          <w:sz w:val="28"/>
          <w:szCs w:val="28"/>
        </w:rPr>
        <w:t>V</w:t>
      </w:r>
      <w:r w:rsidRPr="00F251F1">
        <w:rPr>
          <w:rFonts w:cs="Times New Roman"/>
          <w:b/>
          <w:sz w:val="28"/>
          <w:szCs w:val="28"/>
          <w:lang w:val="ru-RU"/>
        </w:rPr>
        <w:t>. Оформление результатов проверки и меры реагирования</w:t>
      </w:r>
    </w:p>
    <w:p w:rsidR="00451826" w:rsidRPr="00F251F1" w:rsidRDefault="00451826" w:rsidP="00AF2FC0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41. По результатам проверки составляется акт проверки в пределах срока ее проведения. Один экземпляр акта остается в Палате, другой в течение трех рабочих дней после его составления вручается адвокату либо направляется ему способом, обеспечивающим фиксацию факта и даты получения.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42. Акт проверки должен содержать</w:t>
      </w:r>
      <w:r w:rsidR="00CB0F47" w:rsidRPr="00F251F1">
        <w:rPr>
          <w:rFonts w:cs="Times New Roman"/>
          <w:sz w:val="28"/>
          <w:szCs w:val="28"/>
          <w:lang w:val="ru-RU"/>
        </w:rPr>
        <w:t xml:space="preserve"> (Приложение № 4)</w:t>
      </w:r>
      <w:r w:rsidRPr="00F251F1">
        <w:rPr>
          <w:rFonts w:cs="Times New Roman"/>
          <w:sz w:val="28"/>
          <w:szCs w:val="28"/>
          <w:lang w:val="ru-RU"/>
        </w:rPr>
        <w:t>: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42.1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дату и место составления;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42.2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наименование контрольного органа;</w:t>
      </w:r>
    </w:p>
    <w:p w:rsidR="00565996" w:rsidRPr="00F251F1" w:rsidRDefault="0056599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42.3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дату и номер распоряжения о проведении проверки;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42.4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сведения об инспекторах и руководителе проверки;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42.5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сведения об адвокате, в отношении которого проводилась проверка;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42.6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проверяемый период и срок проведения проверки;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42.7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перечень контрольных действий и документов, рассмотренных в ходе проверки;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42.8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установленные фактические обстоятельства и результаты проверки;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42.9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сведения о выявленных нарушениях с указанием нарушенных норм, доказательств нарушения и информации об исполнении либо неисполнении ранее выданных предписаний;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42.10</w:t>
      </w:r>
      <w:r w:rsidR="007B74A8" w:rsidRPr="00F251F1">
        <w:rPr>
          <w:rFonts w:cs="Times New Roman"/>
          <w:sz w:val="28"/>
          <w:szCs w:val="28"/>
          <w:lang w:val="ru-RU"/>
        </w:rPr>
        <w:t>)</w:t>
      </w:r>
      <w:r w:rsidRPr="00F251F1">
        <w:rPr>
          <w:rFonts w:cs="Times New Roman"/>
          <w:sz w:val="28"/>
          <w:szCs w:val="28"/>
          <w:lang w:val="ru-RU"/>
        </w:rPr>
        <w:t xml:space="preserve"> подписи инспекторов и руководителя проверки.</w:t>
      </w:r>
    </w:p>
    <w:p w:rsidR="00295814" w:rsidRPr="00F251F1" w:rsidRDefault="0029581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43. К акту проверки прилагаются копии документов, подтверждающих выводы проверки, а также иные относящиеся к результатам проверки материалы.</w:t>
      </w:r>
      <w:r w:rsidR="00295814" w:rsidRPr="00F251F1">
        <w:rPr>
          <w:rFonts w:cs="Times New Roman"/>
          <w:sz w:val="28"/>
          <w:szCs w:val="28"/>
          <w:lang w:val="ru-RU"/>
        </w:rPr>
        <w:t xml:space="preserve"> Документы, содержащие сведения, составляющие адвокатскую тайну, прилагаются к акту только в случаях и пределах, прямо предусмотренных законодательством. В иных случаях используются обезличенные копии, выписки, реестры либо описания документов, достаточные для подтверждения выводов проверки.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44. В случае невозможности проведения или завершения проверки составляется акт о невозможности проведения проверки с указанием причин.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45. Адвокат вправе в течение 10 (десяти) рабочих дней со дня получения акта проверки представить письменные возражения на акт проверки.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46. На основании акта проверки и с учетом поступивших возражений Президентом Палаты выносится предписание об устранении выявленных нарушений либо принимается иное решение в пределах полномочий Палаты.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47. Предписание должно содержать дату вынесения, сведения об адвокате, реквизиты акта проверки, описание выявленных нарушений, нарушенные требования законодательства, срок их устранения и способы подтверждения устранения</w:t>
      </w:r>
      <w:r w:rsidR="00CB0F47" w:rsidRPr="00F251F1">
        <w:rPr>
          <w:rFonts w:cs="Times New Roman"/>
          <w:sz w:val="28"/>
          <w:szCs w:val="28"/>
          <w:lang w:val="ru-RU"/>
        </w:rPr>
        <w:t xml:space="preserve"> (Приложение № 5)</w:t>
      </w:r>
      <w:r w:rsidRPr="00F251F1">
        <w:rPr>
          <w:rFonts w:cs="Times New Roman"/>
          <w:sz w:val="28"/>
          <w:szCs w:val="28"/>
          <w:lang w:val="ru-RU"/>
        </w:rPr>
        <w:t>.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48. Срок устранения нарушений определяется с учетом характера нарушений и не может превышать 30 (тридцати) рабочих дней со дня получения предписания, если более длительный срок не вытекает из характера подлежащих исполнению действий.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49. Предписание направляется адвокату способом, обеспечивающим фиксацию факта и даты его направления либо получения.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50. В случае невозможности исполнения предписания в установленный срок по причинам, не зависящим от адвоката, адвокат вправе не позднее чем за 10 (десять) рабочих дней до истечения срока его исполнения обратиться с мотивированным ходатайством о продлении срока исполнения предписания.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51. По результатам рассмотрения ходатайства Президент Палаты принимает решение о продлении срока исполнения предписания либо об отказе в его продлении.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52. Неисполнение либо ненадлежащее исполнение предписания, а равно повторное выявление нарушений, может являться основанием для проведения повторной проверки и постановки вопроса о дисциплинарной ответственности адвоката.</w:t>
      </w:r>
    </w:p>
    <w:p w:rsidR="00D41484" w:rsidRPr="00F251F1" w:rsidRDefault="00D41484" w:rsidP="00AF2FC0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2549F4">
      <w:pPr>
        <w:tabs>
          <w:tab w:val="left" w:pos="1134"/>
        </w:tabs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F251F1">
        <w:rPr>
          <w:rFonts w:cs="Times New Roman"/>
          <w:b/>
          <w:sz w:val="28"/>
          <w:szCs w:val="28"/>
        </w:rPr>
        <w:t>VI</w:t>
      </w:r>
      <w:r w:rsidRPr="00F251F1">
        <w:rPr>
          <w:rFonts w:cs="Times New Roman"/>
          <w:b/>
          <w:sz w:val="28"/>
          <w:szCs w:val="28"/>
          <w:lang w:val="ru-RU"/>
        </w:rPr>
        <w:t>. Обращение с материалами проверки и защита информации</w:t>
      </w:r>
    </w:p>
    <w:p w:rsidR="00451826" w:rsidRPr="00F251F1" w:rsidRDefault="00451826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53. Материалы проверок подлежат хранению в систематизированном виде в соответствии с номенклатурой дел Палаты и правилами делопроизводства.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54. Доступ к материалам проверок предоставляется только лицам, для которых такой доступ необходим в связи с исполнением служебных обязанностей.</w:t>
      </w:r>
      <w:r w:rsidR="0004085B" w:rsidRPr="00F251F1">
        <w:rPr>
          <w:rFonts w:cs="Times New Roman"/>
          <w:sz w:val="28"/>
          <w:szCs w:val="28"/>
          <w:lang w:val="ru-RU"/>
        </w:rPr>
        <w:t xml:space="preserve"> Палата обеспечивает учет лиц, получивших доступ к материалам проверки, с фиксацией основания, даты и объема предоставленного доступа.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 xml:space="preserve">55. При подготовке, хранении и использовании материалов проверки </w:t>
      </w:r>
      <w:r w:rsidR="00421F18" w:rsidRPr="00F251F1">
        <w:rPr>
          <w:rFonts w:cs="Times New Roman"/>
          <w:sz w:val="28"/>
          <w:szCs w:val="28"/>
          <w:lang w:val="ru-RU"/>
        </w:rPr>
        <w:t>Палата обеспечивает обезличивание материалов проверки в случаях, когда это не препятствует целям проверки и последующего реагирования</w:t>
      </w:r>
      <w:r w:rsidRPr="00F251F1">
        <w:rPr>
          <w:rFonts w:cs="Times New Roman"/>
          <w:sz w:val="28"/>
          <w:szCs w:val="28"/>
          <w:lang w:val="ru-RU"/>
        </w:rPr>
        <w:t>.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56. Копирование, воспроизведение и передача материалов проверки третьим лицам допускаются только в случаях и порядке, предусмотренных законодательством Российской Федерации.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lastRenderedPageBreak/>
        <w:t>57. Оригиналы документов, содержащих сведения, составляющие адвокатскую тайну, не подлежат изъятию Палатой, за исключением случаев, прямо предусмотренных законом.</w:t>
      </w:r>
      <w:r w:rsidR="0004085B" w:rsidRPr="00F251F1">
        <w:rPr>
          <w:rFonts w:cs="Times New Roman"/>
          <w:sz w:val="28"/>
          <w:szCs w:val="28"/>
          <w:lang w:val="ru-RU"/>
        </w:rPr>
        <w:t xml:space="preserve"> </w:t>
      </w:r>
    </w:p>
    <w:p w:rsidR="004C17D5" w:rsidRPr="00F251F1" w:rsidRDefault="004C17D5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2549F4">
      <w:pPr>
        <w:tabs>
          <w:tab w:val="left" w:pos="1276"/>
        </w:tabs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F251F1">
        <w:rPr>
          <w:rFonts w:cs="Times New Roman"/>
          <w:b/>
          <w:sz w:val="28"/>
          <w:szCs w:val="28"/>
        </w:rPr>
        <w:t>VII</w:t>
      </w:r>
      <w:r w:rsidRPr="00F251F1">
        <w:rPr>
          <w:rFonts w:cs="Times New Roman"/>
          <w:b/>
          <w:sz w:val="28"/>
          <w:szCs w:val="28"/>
          <w:lang w:val="ru-RU"/>
        </w:rPr>
        <w:t>. Оценка эффективности организации контроля</w:t>
      </w:r>
    </w:p>
    <w:p w:rsidR="004C17D5" w:rsidRPr="00F251F1" w:rsidRDefault="004C17D5" w:rsidP="00AF2FC0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 xml:space="preserve">58. Палата документирует и анализирует результаты </w:t>
      </w:r>
      <w:r w:rsidR="00B24A1E" w:rsidRPr="00F251F1">
        <w:rPr>
          <w:rFonts w:cs="Times New Roman"/>
          <w:sz w:val="28"/>
          <w:szCs w:val="28"/>
          <w:lang w:val="ru-RU"/>
        </w:rPr>
        <w:t>контрольной</w:t>
      </w:r>
      <w:r w:rsidRPr="00F251F1">
        <w:rPr>
          <w:rFonts w:cs="Times New Roman"/>
          <w:sz w:val="28"/>
          <w:szCs w:val="28"/>
          <w:lang w:val="ru-RU"/>
        </w:rPr>
        <w:t xml:space="preserve"> деятельности в целях оценки ее эффективности.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 xml:space="preserve">59. Текущий мониторинг результатов </w:t>
      </w:r>
      <w:r w:rsidR="00B24A1E" w:rsidRPr="00F251F1">
        <w:rPr>
          <w:rFonts w:cs="Times New Roman"/>
          <w:sz w:val="28"/>
          <w:szCs w:val="28"/>
          <w:lang w:val="ru-RU"/>
        </w:rPr>
        <w:t xml:space="preserve">контрольной </w:t>
      </w:r>
      <w:r w:rsidRPr="00F251F1">
        <w:rPr>
          <w:rFonts w:cs="Times New Roman"/>
          <w:sz w:val="28"/>
          <w:szCs w:val="28"/>
          <w:lang w:val="ru-RU"/>
        </w:rPr>
        <w:t>деятельности осуществляется ежеквартально и включает сведения о проведенных проверках, выявленных нарушениях, мерах реагирования, исполнении предписаний, повторных проверках, обучающих и профилактических мероприятиях.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60. Итоговая оценка эффективности организации контроля осуществляется ежегодно на основании изменения уровней риска адвокатов, сокращения количества типовых нарушений, исполнения предписаний, снижения повторности нарушений и иных значимых показателей.</w:t>
      </w:r>
    </w:p>
    <w:p w:rsidR="00D41484" w:rsidRPr="00F251F1" w:rsidRDefault="00D4148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BA792D" w:rsidRPr="00F251F1" w:rsidRDefault="002549F4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 xml:space="preserve">61. Обобщенные результаты мониторинга и ежегодной оценки эффективности направляются в Федеральную палату адвокатов Российской Федерации в порядке и сроки, установленные решениями </w:t>
      </w:r>
      <w:r w:rsidR="00E1596D" w:rsidRPr="00F251F1">
        <w:rPr>
          <w:rFonts w:cs="Times New Roman"/>
          <w:sz w:val="28"/>
          <w:szCs w:val="28"/>
          <w:lang w:val="ru-RU"/>
        </w:rPr>
        <w:t xml:space="preserve">Совета </w:t>
      </w:r>
      <w:r w:rsidRPr="00F251F1">
        <w:rPr>
          <w:rFonts w:cs="Times New Roman"/>
          <w:sz w:val="28"/>
          <w:szCs w:val="28"/>
          <w:lang w:val="ru-RU"/>
        </w:rPr>
        <w:t>Федеральной палаты адвокатов Российской Федерации.</w:t>
      </w:r>
    </w:p>
    <w:p w:rsidR="00BA792D" w:rsidRPr="00F251F1" w:rsidRDefault="00BA792D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DB74E6" w:rsidRPr="00F251F1" w:rsidRDefault="00BA792D" w:rsidP="00AF2FC0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251F1">
        <w:rPr>
          <w:rFonts w:cs="Times New Roman"/>
          <w:sz w:val="28"/>
          <w:szCs w:val="28"/>
          <w:lang w:val="ru-RU"/>
        </w:rPr>
        <w:t>62. Результаты мониторинга и ежегодной оценки используются для актуализации модели оценки рисков, планирования профилактических мероприятий и отбора объектов последующего контроля</w:t>
      </w:r>
      <w:r w:rsidR="00421F18" w:rsidRPr="00F251F1">
        <w:rPr>
          <w:rFonts w:cs="Times New Roman"/>
          <w:sz w:val="28"/>
          <w:szCs w:val="28"/>
          <w:lang w:val="ru-RU"/>
        </w:rPr>
        <w:t>.</w:t>
      </w:r>
    </w:p>
    <w:p w:rsidR="008A47C5" w:rsidRPr="00F251F1" w:rsidRDefault="008A47C5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2549F4" w:rsidRPr="00F251F1" w:rsidRDefault="002549F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2549F4" w:rsidRPr="00F251F1" w:rsidRDefault="002549F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2549F4" w:rsidRPr="00F251F1" w:rsidRDefault="002549F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2549F4" w:rsidRPr="00F251F1" w:rsidRDefault="002549F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2549F4" w:rsidRPr="00F251F1" w:rsidRDefault="002549F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2549F4" w:rsidRPr="00F251F1" w:rsidRDefault="002549F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2549F4" w:rsidRPr="00F251F1" w:rsidRDefault="002549F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2549F4" w:rsidRPr="00F251F1" w:rsidRDefault="002549F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2549F4" w:rsidRDefault="002549F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2C5992" w:rsidRDefault="002C5992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2C5992" w:rsidRDefault="002C5992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2C5992" w:rsidRDefault="002C5992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2C5992" w:rsidRPr="00F251F1" w:rsidRDefault="002C5992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  <w:bookmarkStart w:id="0" w:name="_GoBack"/>
      <w:bookmarkEnd w:id="0"/>
    </w:p>
    <w:p w:rsidR="002549F4" w:rsidRPr="00F251F1" w:rsidRDefault="002549F4" w:rsidP="002549F4">
      <w:pPr>
        <w:tabs>
          <w:tab w:val="left" w:pos="1134"/>
        </w:tabs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8A47C5" w:rsidRPr="00F251F1" w:rsidRDefault="008A47C5" w:rsidP="00AF2FC0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lastRenderedPageBreak/>
        <w:t>Приложение № 1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к Положению об организации и осуществлении 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Адвокатской палатой </w:t>
      </w:r>
      <w:r w:rsidR="00202C1C">
        <w:rPr>
          <w:rFonts w:cs="Times New Roman"/>
          <w:bCs/>
          <w:szCs w:val="24"/>
          <w:lang w:val="ru-RU"/>
        </w:rPr>
        <w:t>Курганской области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t>контроля в отношении адвокатов в сфере ПОД/ФТ/ФРОМУ</w:t>
      </w:r>
    </w:p>
    <w:p w:rsidR="00F251F1" w:rsidRPr="00F251F1" w:rsidRDefault="00F251F1" w:rsidP="00AF2FC0">
      <w:pPr>
        <w:spacing w:after="0" w:line="240" w:lineRule="auto"/>
        <w:jc w:val="right"/>
        <w:rPr>
          <w:szCs w:val="24"/>
          <w:lang w:val="ru-RU"/>
        </w:rPr>
      </w:pPr>
    </w:p>
    <w:p w:rsidR="008A47C5" w:rsidRPr="00F251F1" w:rsidRDefault="008A47C5" w:rsidP="002549F4">
      <w:pPr>
        <w:spacing w:after="0" w:line="240" w:lineRule="auto"/>
        <w:rPr>
          <w:szCs w:val="24"/>
          <w:lang w:val="ru-RU"/>
        </w:rPr>
      </w:pPr>
    </w:p>
    <w:p w:rsidR="00CB0F47" w:rsidRPr="00F251F1" w:rsidRDefault="008A47C5" w:rsidP="00CB0F47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b/>
          <w:szCs w:val="24"/>
          <w:lang w:val="ru-RU"/>
        </w:rPr>
        <w:t xml:space="preserve">Форма </w:t>
      </w:r>
      <w:r w:rsidR="00CB0F47" w:rsidRPr="00F251F1">
        <w:rPr>
          <w:b/>
          <w:szCs w:val="24"/>
          <w:lang w:val="ru-RU"/>
        </w:rPr>
        <w:t>уведомления</w:t>
      </w:r>
    </w:p>
    <w:p w:rsidR="00CB0F47" w:rsidRPr="00F251F1" w:rsidRDefault="00CB0F47" w:rsidP="00CB0F47">
      <w:pPr>
        <w:spacing w:after="0" w:line="240" w:lineRule="auto"/>
        <w:jc w:val="center"/>
        <w:rPr>
          <w:b/>
          <w:szCs w:val="24"/>
          <w:lang w:val="ru-RU"/>
        </w:rPr>
      </w:pPr>
      <w:r w:rsidRPr="00F251F1">
        <w:rPr>
          <w:b/>
          <w:szCs w:val="24"/>
          <w:lang w:val="ru-RU"/>
        </w:rPr>
        <w:t xml:space="preserve">о наличии признаков возможного несоблюдения </w:t>
      </w:r>
    </w:p>
    <w:p w:rsidR="008A47C5" w:rsidRPr="00F251F1" w:rsidRDefault="00CB0F47" w:rsidP="00CB0F47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b/>
          <w:szCs w:val="24"/>
          <w:lang w:val="ru-RU"/>
        </w:rPr>
        <w:t>обязательных требований в сфере ПОД/ФТ/ФРОМУ</w:t>
      </w:r>
    </w:p>
    <w:p w:rsidR="009D0AA8" w:rsidRPr="00F251F1" w:rsidRDefault="009D0AA8" w:rsidP="002549F4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Адвокатская палата </w:t>
      </w:r>
      <w:r w:rsidR="00202C1C">
        <w:rPr>
          <w:rFonts w:cs="Times New Roman"/>
          <w:szCs w:val="24"/>
          <w:lang w:val="ru-RU"/>
        </w:rPr>
        <w:t>Курганской области</w:t>
      </w:r>
    </w:p>
    <w:p w:rsidR="008A47C5" w:rsidRPr="00F251F1" w:rsidRDefault="008A47C5" w:rsidP="00AF2FC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szCs w:val="24"/>
          <w:lang w:val="ru-RU"/>
        </w:rPr>
        <w:t>______________________________</w:t>
      </w:r>
    </w:p>
    <w:p w:rsidR="008A47C5" w:rsidRPr="00F251F1" w:rsidRDefault="008A47C5" w:rsidP="00AF2FC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szCs w:val="24"/>
          <w:lang w:val="ru-RU"/>
        </w:rPr>
        <w:t>______________________________</w:t>
      </w:r>
    </w:p>
    <w:p w:rsidR="008A47C5" w:rsidRPr="00F251F1" w:rsidRDefault="008A47C5" w:rsidP="00AF2FC0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rPr>
          <w:szCs w:val="24"/>
          <w:lang w:val="ru-RU"/>
        </w:rPr>
      </w:pPr>
      <w:r w:rsidRPr="00F251F1">
        <w:rPr>
          <w:szCs w:val="24"/>
          <w:lang w:val="ru-RU"/>
        </w:rPr>
        <w:t>Исх. № ________ от «___» __________ 20___ г.</w:t>
      </w:r>
    </w:p>
    <w:p w:rsidR="008A47C5" w:rsidRPr="00F251F1" w:rsidRDefault="008A47C5" w:rsidP="00AF2FC0">
      <w:pPr>
        <w:spacing w:after="0" w:line="240" w:lineRule="auto"/>
        <w:rPr>
          <w:szCs w:val="24"/>
          <w:lang w:val="ru-RU"/>
        </w:rPr>
      </w:pPr>
      <w:r w:rsidRPr="00F251F1">
        <w:rPr>
          <w:szCs w:val="24"/>
          <w:lang w:val="ru-RU"/>
        </w:rPr>
        <w:t>Адвокату __________________________________________</w:t>
      </w:r>
    </w:p>
    <w:p w:rsidR="008A47C5" w:rsidRPr="00F251F1" w:rsidRDefault="008A47C5" w:rsidP="00AF2FC0">
      <w:pPr>
        <w:spacing w:after="0" w:line="240" w:lineRule="auto"/>
        <w:rPr>
          <w:szCs w:val="24"/>
          <w:lang w:val="ru-RU"/>
        </w:rPr>
      </w:pPr>
      <w:r w:rsidRPr="00F251F1">
        <w:rPr>
          <w:szCs w:val="24"/>
          <w:lang w:val="ru-RU"/>
        </w:rPr>
        <w:t>регистрационный номер в ЕГРА _______________________</w:t>
      </w:r>
    </w:p>
    <w:p w:rsidR="008A47C5" w:rsidRPr="00F251F1" w:rsidRDefault="008A47C5" w:rsidP="00AF2FC0">
      <w:pPr>
        <w:spacing w:after="0" w:line="240" w:lineRule="auto"/>
        <w:rPr>
          <w:szCs w:val="24"/>
          <w:lang w:val="ru-RU"/>
        </w:rPr>
      </w:pPr>
      <w:r w:rsidRPr="00F251F1">
        <w:rPr>
          <w:szCs w:val="24"/>
          <w:lang w:val="ru-RU"/>
        </w:rPr>
        <w:t>адрес электронной почты / адрес для корреспонденции: ________________________________</w:t>
      </w:r>
    </w:p>
    <w:p w:rsidR="008A47C5" w:rsidRPr="00F251F1" w:rsidRDefault="008A47C5" w:rsidP="00AF2FC0">
      <w:pPr>
        <w:spacing w:after="0" w:line="240" w:lineRule="auto"/>
        <w:rPr>
          <w:szCs w:val="24"/>
          <w:lang w:val="ru-RU"/>
        </w:rPr>
      </w:pPr>
    </w:p>
    <w:p w:rsidR="002549F4" w:rsidRPr="00F251F1" w:rsidRDefault="002549F4" w:rsidP="00AF2FC0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CB0F47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b/>
          <w:szCs w:val="24"/>
          <w:lang w:val="ru-RU"/>
        </w:rPr>
        <w:t>УВЕДОМЛЕНИЕ</w:t>
      </w:r>
    </w:p>
    <w:p w:rsidR="002549F4" w:rsidRPr="00F251F1" w:rsidRDefault="008A47C5" w:rsidP="00AF2FC0">
      <w:pPr>
        <w:spacing w:after="0" w:line="240" w:lineRule="auto"/>
        <w:jc w:val="center"/>
        <w:rPr>
          <w:b/>
          <w:szCs w:val="24"/>
          <w:lang w:val="ru-RU"/>
        </w:rPr>
      </w:pPr>
      <w:r w:rsidRPr="00F251F1">
        <w:rPr>
          <w:b/>
          <w:szCs w:val="24"/>
          <w:lang w:val="ru-RU"/>
        </w:rPr>
        <w:t xml:space="preserve">о наличии признаков возможного несоблюдения </w:t>
      </w:r>
    </w:p>
    <w:p w:rsidR="008A47C5" w:rsidRPr="00F251F1" w:rsidRDefault="008A47C5" w:rsidP="00AF2FC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b/>
          <w:szCs w:val="24"/>
          <w:lang w:val="ru-RU"/>
        </w:rPr>
        <w:t>обязательных требований в сфере ПОД/ФТ/ФРОМУ</w:t>
      </w:r>
    </w:p>
    <w:p w:rsidR="002549F4" w:rsidRPr="00F251F1" w:rsidRDefault="002549F4" w:rsidP="002549F4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892896">
      <w:pPr>
        <w:spacing w:after="0" w:line="240" w:lineRule="auto"/>
        <w:ind w:firstLine="709"/>
        <w:jc w:val="both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Адвокатская палата </w:t>
      </w:r>
      <w:r w:rsidR="00202C1C">
        <w:rPr>
          <w:rFonts w:cs="Times New Roman"/>
          <w:szCs w:val="24"/>
          <w:lang w:val="ru-RU"/>
        </w:rPr>
        <w:t>Курганской области</w:t>
      </w:r>
      <w:r w:rsidR="006916B3" w:rsidRPr="00F251F1">
        <w:rPr>
          <w:szCs w:val="24"/>
          <w:lang w:val="ru-RU"/>
        </w:rPr>
        <w:t xml:space="preserve"> </w:t>
      </w:r>
      <w:r w:rsidRPr="00F251F1">
        <w:rPr>
          <w:szCs w:val="24"/>
          <w:lang w:val="ru-RU"/>
        </w:rPr>
        <w:t>сообщает, что</w:t>
      </w:r>
      <w:r w:rsidR="00BF54AC" w:rsidRPr="00F251F1">
        <w:rPr>
          <w:szCs w:val="24"/>
          <w:lang w:val="ru-RU"/>
        </w:rPr>
        <w:t>,</w:t>
      </w:r>
      <w:r w:rsidRPr="00F251F1">
        <w:rPr>
          <w:szCs w:val="24"/>
          <w:lang w:val="ru-RU"/>
        </w:rPr>
        <w:t xml:space="preserve"> по имеющимся сведениям, в Вашей деятельности выявлены признаки возможного несоблюдения требований, возникающих в силу статьи 7.1 Федерального закона от 07.08.2001 № 115-ФЗ.</w:t>
      </w:r>
    </w:p>
    <w:p w:rsidR="009D0AA8" w:rsidRPr="00F251F1" w:rsidRDefault="009D0AA8" w:rsidP="002549F4">
      <w:pPr>
        <w:spacing w:after="0" w:line="240" w:lineRule="auto"/>
        <w:jc w:val="both"/>
        <w:rPr>
          <w:szCs w:val="24"/>
          <w:lang w:val="ru-RU"/>
        </w:rPr>
      </w:pPr>
    </w:p>
    <w:p w:rsidR="008A47C5" w:rsidRPr="00F251F1" w:rsidRDefault="008A47C5" w:rsidP="00892896">
      <w:pPr>
        <w:spacing w:after="0" w:line="240" w:lineRule="auto"/>
        <w:ind w:firstLine="709"/>
        <w:jc w:val="both"/>
        <w:rPr>
          <w:szCs w:val="24"/>
          <w:lang w:val="ru-RU"/>
        </w:rPr>
      </w:pPr>
      <w:r w:rsidRPr="00F251F1">
        <w:rPr>
          <w:szCs w:val="24"/>
          <w:lang w:val="ru-RU"/>
        </w:rPr>
        <w:t>Выявленные признаки / обстоятельства:</w:t>
      </w:r>
    </w:p>
    <w:p w:rsidR="008A47C5" w:rsidRPr="00F251F1" w:rsidRDefault="008A47C5" w:rsidP="00892896">
      <w:pPr>
        <w:spacing w:after="0" w:line="240" w:lineRule="auto"/>
        <w:jc w:val="both"/>
        <w:rPr>
          <w:szCs w:val="24"/>
          <w:lang w:val="ru-RU"/>
        </w:rPr>
      </w:pPr>
      <w:r w:rsidRPr="00F251F1">
        <w:rPr>
          <w:szCs w:val="24"/>
          <w:lang w:val="ru-RU"/>
        </w:rPr>
        <w:t>1) ________________________________________________</w:t>
      </w:r>
    </w:p>
    <w:p w:rsidR="008A47C5" w:rsidRPr="00F251F1" w:rsidRDefault="008A47C5" w:rsidP="00892896">
      <w:pPr>
        <w:spacing w:after="0" w:line="240" w:lineRule="auto"/>
        <w:jc w:val="both"/>
        <w:rPr>
          <w:szCs w:val="24"/>
          <w:lang w:val="ru-RU"/>
        </w:rPr>
      </w:pPr>
      <w:r w:rsidRPr="00F251F1">
        <w:rPr>
          <w:szCs w:val="24"/>
          <w:lang w:val="ru-RU"/>
        </w:rPr>
        <w:t>2) ________________________________________________</w:t>
      </w:r>
    </w:p>
    <w:p w:rsidR="008A47C5" w:rsidRPr="00F251F1" w:rsidRDefault="008A47C5" w:rsidP="00892896">
      <w:pPr>
        <w:spacing w:after="0" w:line="240" w:lineRule="auto"/>
        <w:jc w:val="both"/>
        <w:rPr>
          <w:szCs w:val="24"/>
          <w:lang w:val="ru-RU"/>
        </w:rPr>
      </w:pPr>
      <w:r w:rsidRPr="00F251F1">
        <w:rPr>
          <w:szCs w:val="24"/>
          <w:lang w:val="ru-RU"/>
        </w:rPr>
        <w:t>3) ________________________________________________</w:t>
      </w:r>
    </w:p>
    <w:p w:rsidR="009D0AA8" w:rsidRPr="00F251F1" w:rsidRDefault="009D0AA8" w:rsidP="002549F4">
      <w:pPr>
        <w:spacing w:after="0" w:line="240" w:lineRule="auto"/>
        <w:jc w:val="both"/>
        <w:rPr>
          <w:szCs w:val="24"/>
          <w:lang w:val="ru-RU"/>
        </w:rPr>
      </w:pPr>
    </w:p>
    <w:p w:rsidR="008A47C5" w:rsidRPr="00F251F1" w:rsidRDefault="008A47C5" w:rsidP="00892896">
      <w:pPr>
        <w:spacing w:after="0" w:line="240" w:lineRule="auto"/>
        <w:ind w:firstLine="709"/>
        <w:jc w:val="both"/>
        <w:rPr>
          <w:szCs w:val="24"/>
          <w:lang w:val="ru-RU"/>
        </w:rPr>
      </w:pPr>
      <w:r w:rsidRPr="00F251F1">
        <w:rPr>
          <w:szCs w:val="24"/>
          <w:lang w:val="ru-RU"/>
        </w:rPr>
        <w:t>В связи с изложенным Вам предлагается принять меры по устранению указанных признаков и представить в Палату информацию о принятых мерах с приложением подтверждающих материалов в срок до «___» __________ 20___ г.</w:t>
      </w:r>
    </w:p>
    <w:p w:rsidR="009D0AA8" w:rsidRPr="00F251F1" w:rsidRDefault="009D0AA8" w:rsidP="002549F4">
      <w:pPr>
        <w:spacing w:after="0" w:line="240" w:lineRule="auto"/>
        <w:jc w:val="both"/>
        <w:rPr>
          <w:szCs w:val="24"/>
          <w:lang w:val="ru-RU"/>
        </w:rPr>
      </w:pPr>
    </w:p>
    <w:p w:rsidR="008A47C5" w:rsidRPr="00F251F1" w:rsidRDefault="008A47C5" w:rsidP="00892896">
      <w:pPr>
        <w:spacing w:after="0" w:line="240" w:lineRule="auto"/>
        <w:ind w:firstLine="709"/>
        <w:jc w:val="both"/>
        <w:rPr>
          <w:szCs w:val="24"/>
          <w:lang w:val="ru-RU"/>
        </w:rPr>
      </w:pPr>
      <w:r w:rsidRPr="00F251F1">
        <w:rPr>
          <w:szCs w:val="24"/>
          <w:lang w:val="ru-RU"/>
        </w:rPr>
        <w:t>Рекомендуется представить, в частности:</w:t>
      </w:r>
    </w:p>
    <w:p w:rsidR="008A47C5" w:rsidRPr="00F251F1" w:rsidRDefault="008A47C5" w:rsidP="00892896">
      <w:pPr>
        <w:spacing w:after="0" w:line="240" w:lineRule="auto"/>
        <w:jc w:val="both"/>
        <w:rPr>
          <w:szCs w:val="24"/>
          <w:lang w:val="ru-RU"/>
        </w:rPr>
      </w:pPr>
      <w:r w:rsidRPr="00F251F1">
        <w:rPr>
          <w:szCs w:val="24"/>
          <w:lang w:val="ru-RU"/>
        </w:rPr>
        <w:t>– письменные пояснения по существу выявленных обстоятельств;</w:t>
      </w:r>
    </w:p>
    <w:p w:rsidR="008A47C5" w:rsidRPr="00F251F1" w:rsidRDefault="008A47C5" w:rsidP="00892896">
      <w:pPr>
        <w:spacing w:after="0" w:line="240" w:lineRule="auto"/>
        <w:jc w:val="both"/>
        <w:rPr>
          <w:szCs w:val="24"/>
          <w:lang w:val="ru-RU"/>
        </w:rPr>
      </w:pPr>
      <w:r w:rsidRPr="00F251F1">
        <w:rPr>
          <w:szCs w:val="24"/>
          <w:lang w:val="ru-RU"/>
        </w:rPr>
        <w:t>– копии локальных и учетных документов, относящихся к предмету информирования;</w:t>
      </w:r>
    </w:p>
    <w:p w:rsidR="008A47C5" w:rsidRPr="00F251F1" w:rsidRDefault="008A47C5" w:rsidP="00892896">
      <w:pPr>
        <w:spacing w:after="0" w:line="240" w:lineRule="auto"/>
        <w:jc w:val="both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– сведения о прохождении обучения, актуализации ПВК, формы оценки риска, </w:t>
      </w:r>
      <w:r w:rsidR="002D2E74" w:rsidRPr="00F251F1">
        <w:rPr>
          <w:szCs w:val="24"/>
          <w:lang w:val="ru-RU"/>
        </w:rPr>
        <w:t xml:space="preserve">сведения о </w:t>
      </w:r>
      <w:r w:rsidR="00334AED" w:rsidRPr="00F251F1">
        <w:rPr>
          <w:szCs w:val="24"/>
          <w:lang w:val="ru-RU"/>
        </w:rPr>
        <w:t>н</w:t>
      </w:r>
      <w:r w:rsidR="002D2E74" w:rsidRPr="00F251F1">
        <w:rPr>
          <w:szCs w:val="24"/>
          <w:lang w:val="ru-RU"/>
        </w:rPr>
        <w:t xml:space="preserve">адлежащей проверке клиента (далее </w:t>
      </w:r>
      <w:r w:rsidR="00334AED" w:rsidRPr="00F251F1">
        <w:rPr>
          <w:szCs w:val="24"/>
          <w:lang w:val="ru-RU"/>
        </w:rPr>
        <w:t xml:space="preserve">– </w:t>
      </w:r>
      <w:r w:rsidRPr="00F251F1">
        <w:rPr>
          <w:szCs w:val="24"/>
          <w:lang w:val="ru-RU"/>
        </w:rPr>
        <w:t>НПК</w:t>
      </w:r>
      <w:r w:rsidR="002D2E74" w:rsidRPr="00F251F1">
        <w:rPr>
          <w:szCs w:val="24"/>
          <w:lang w:val="ru-RU"/>
        </w:rPr>
        <w:t>)</w:t>
      </w:r>
      <w:r w:rsidRPr="00F251F1">
        <w:rPr>
          <w:szCs w:val="24"/>
          <w:lang w:val="ru-RU"/>
        </w:rPr>
        <w:t xml:space="preserve"> и иные подтверждающие материалы.</w:t>
      </w:r>
    </w:p>
    <w:p w:rsidR="008A47C5" w:rsidRPr="00F251F1" w:rsidRDefault="008A47C5" w:rsidP="00892896">
      <w:pPr>
        <w:spacing w:after="0" w:line="240" w:lineRule="auto"/>
        <w:ind w:firstLine="709"/>
        <w:jc w:val="both"/>
        <w:rPr>
          <w:szCs w:val="24"/>
          <w:lang w:val="ru-RU"/>
        </w:rPr>
      </w:pPr>
      <w:r w:rsidRPr="00F251F1">
        <w:rPr>
          <w:szCs w:val="24"/>
          <w:lang w:val="ru-RU"/>
        </w:rPr>
        <w:t>Непредставление ответа либо представление ответа, свидетельствующего о неустранении выявленных признаков, может являться основанием для проведения внеплановой проверки в порядке, установленном Положением.</w:t>
      </w:r>
    </w:p>
    <w:p w:rsidR="002549F4" w:rsidRPr="00F251F1" w:rsidRDefault="002549F4" w:rsidP="002549F4">
      <w:pPr>
        <w:spacing w:after="0" w:line="240" w:lineRule="auto"/>
        <w:jc w:val="both"/>
        <w:rPr>
          <w:szCs w:val="24"/>
          <w:lang w:val="ru-RU"/>
        </w:rPr>
      </w:pPr>
    </w:p>
    <w:p w:rsidR="008A47C5" w:rsidRPr="00F251F1" w:rsidRDefault="008A47C5" w:rsidP="00892896">
      <w:pPr>
        <w:spacing w:after="0" w:line="240" w:lineRule="auto"/>
        <w:jc w:val="both"/>
        <w:rPr>
          <w:szCs w:val="24"/>
          <w:lang w:val="ru-RU"/>
        </w:rPr>
      </w:pPr>
      <w:r w:rsidRPr="00F251F1">
        <w:rPr>
          <w:szCs w:val="24"/>
          <w:lang w:val="ru-RU"/>
        </w:rPr>
        <w:t>Президент / уполномоченное лицо ___________________/__________________</w:t>
      </w:r>
    </w:p>
    <w:p w:rsidR="008A47C5" w:rsidRPr="00F251F1" w:rsidRDefault="008A47C5" w:rsidP="00AF2FC0">
      <w:pPr>
        <w:spacing w:after="0" w:line="240" w:lineRule="auto"/>
        <w:rPr>
          <w:szCs w:val="24"/>
          <w:lang w:val="ru-RU"/>
        </w:rPr>
      </w:pPr>
      <w:r w:rsidRPr="00F251F1">
        <w:rPr>
          <w:szCs w:val="24"/>
          <w:lang w:val="ru-RU"/>
        </w:rPr>
        <w:br w:type="page"/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>
        <w:rPr>
          <w:szCs w:val="24"/>
          <w:lang w:val="ru-RU"/>
        </w:rPr>
        <w:lastRenderedPageBreak/>
        <w:t>Приложение № 2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к Положению об организации и осуществлении 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Адвокатской палатой </w:t>
      </w:r>
      <w:r w:rsidR="00202C1C">
        <w:rPr>
          <w:rFonts w:cs="Times New Roman"/>
          <w:bCs/>
          <w:szCs w:val="24"/>
          <w:lang w:val="ru-RU"/>
        </w:rPr>
        <w:t>Курганской области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t>контроля в отношении адвокатов в сфере ПОД/ФТ/ФРОМУ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</w:p>
    <w:p w:rsidR="00F251F1" w:rsidRDefault="00F251F1" w:rsidP="00AF2FC0">
      <w:pPr>
        <w:spacing w:after="0" w:line="240" w:lineRule="auto"/>
        <w:jc w:val="right"/>
        <w:rPr>
          <w:b/>
          <w:szCs w:val="24"/>
          <w:lang w:val="ru-RU"/>
        </w:rPr>
      </w:pPr>
    </w:p>
    <w:p w:rsidR="00F251F1" w:rsidRPr="00F251F1" w:rsidRDefault="00F251F1" w:rsidP="00AF2FC0">
      <w:pPr>
        <w:spacing w:after="0" w:line="240" w:lineRule="auto"/>
        <w:jc w:val="right"/>
        <w:rPr>
          <w:szCs w:val="24"/>
          <w:lang w:val="ru-RU"/>
        </w:rPr>
      </w:pPr>
    </w:p>
    <w:p w:rsidR="00EE77E3" w:rsidRPr="00F251F1" w:rsidRDefault="00EE77E3" w:rsidP="002549F4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b/>
          <w:szCs w:val="24"/>
          <w:lang w:val="ru-RU"/>
        </w:rPr>
        <w:t>Форма распоряжения о проведении проверки</w:t>
      </w:r>
    </w:p>
    <w:p w:rsidR="009D0AA8" w:rsidRPr="00F251F1" w:rsidRDefault="009D0AA8" w:rsidP="002549F4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Адвокатская палата </w:t>
      </w:r>
      <w:r w:rsidR="00202C1C">
        <w:rPr>
          <w:rFonts w:cs="Times New Roman"/>
          <w:szCs w:val="24"/>
          <w:lang w:val="ru-RU"/>
        </w:rPr>
        <w:t>Курганской области</w:t>
      </w:r>
    </w:p>
    <w:p w:rsidR="00CB0F47" w:rsidRPr="00F251F1" w:rsidRDefault="00CB0F47" w:rsidP="00CB0F47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b/>
          <w:szCs w:val="24"/>
          <w:lang w:val="ru-RU"/>
        </w:rPr>
        <w:t>РАСПОРЯЖЕНИЕ</w:t>
      </w:r>
    </w:p>
    <w:p w:rsidR="008A47C5" w:rsidRPr="00F251F1" w:rsidRDefault="008A47C5" w:rsidP="00AF2FC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b/>
          <w:szCs w:val="24"/>
          <w:lang w:val="ru-RU"/>
        </w:rPr>
        <w:t>о проведении проверки</w:t>
      </w:r>
    </w:p>
    <w:p w:rsidR="008A47C5" w:rsidRPr="00F251F1" w:rsidRDefault="008A47C5" w:rsidP="00AF2FC0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szCs w:val="24"/>
          <w:lang w:val="ru-RU"/>
        </w:rPr>
        <w:t>№ ________</w:t>
      </w:r>
      <w:r w:rsidR="00A452F1" w:rsidRPr="00F251F1">
        <w:rPr>
          <w:szCs w:val="24"/>
          <w:lang w:val="ru-RU"/>
        </w:rPr>
        <w:tab/>
      </w:r>
      <w:r w:rsidR="00A452F1" w:rsidRPr="00F251F1">
        <w:rPr>
          <w:szCs w:val="24"/>
          <w:lang w:val="ru-RU"/>
        </w:rPr>
        <w:tab/>
      </w:r>
      <w:r w:rsidR="00A452F1" w:rsidRPr="00F251F1">
        <w:rPr>
          <w:szCs w:val="24"/>
          <w:lang w:val="ru-RU"/>
        </w:rPr>
        <w:tab/>
      </w:r>
      <w:r w:rsidR="00A452F1" w:rsidRPr="00F251F1">
        <w:rPr>
          <w:szCs w:val="24"/>
          <w:lang w:val="ru-RU"/>
        </w:rPr>
        <w:tab/>
      </w:r>
      <w:r w:rsidR="00A452F1" w:rsidRPr="00F251F1">
        <w:rPr>
          <w:szCs w:val="24"/>
          <w:lang w:val="ru-RU"/>
        </w:rPr>
        <w:tab/>
      </w:r>
      <w:r w:rsidR="00A452F1" w:rsidRPr="00F251F1">
        <w:rPr>
          <w:szCs w:val="24"/>
          <w:lang w:val="ru-RU"/>
        </w:rPr>
        <w:tab/>
      </w:r>
      <w:r w:rsidR="00A452F1" w:rsidRPr="00F251F1">
        <w:rPr>
          <w:szCs w:val="24"/>
          <w:lang w:val="ru-RU"/>
        </w:rPr>
        <w:tab/>
      </w:r>
      <w:r w:rsidR="00A452F1" w:rsidRPr="00F251F1">
        <w:rPr>
          <w:szCs w:val="24"/>
          <w:lang w:val="ru-RU"/>
        </w:rPr>
        <w:tab/>
      </w:r>
      <w:r w:rsidRPr="00F251F1">
        <w:rPr>
          <w:szCs w:val="24"/>
          <w:lang w:val="ru-RU"/>
        </w:rPr>
        <w:t>«___» __________ 20___ г.</w:t>
      </w:r>
    </w:p>
    <w:p w:rsidR="008A47C5" w:rsidRPr="00F251F1" w:rsidRDefault="008A47C5" w:rsidP="00A452F1">
      <w:pPr>
        <w:spacing w:after="0" w:line="240" w:lineRule="auto"/>
        <w:rPr>
          <w:szCs w:val="24"/>
          <w:lang w:val="ru-RU"/>
        </w:rPr>
      </w:pPr>
    </w:p>
    <w:p w:rsidR="00ED7BDA" w:rsidRPr="00F251F1" w:rsidRDefault="008A47C5" w:rsidP="00ED7BDA">
      <w:pPr>
        <w:spacing w:after="0" w:line="240" w:lineRule="auto"/>
        <w:ind w:firstLine="709"/>
        <w:jc w:val="both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В соответствии с Положением об организации и осуществлении Адвокатской палатой </w:t>
      </w:r>
      <w:r w:rsidR="00202C1C">
        <w:rPr>
          <w:rFonts w:cs="Times New Roman"/>
          <w:szCs w:val="24"/>
          <w:lang w:val="ru-RU"/>
        </w:rPr>
        <w:t>курганской области</w:t>
      </w:r>
      <w:r w:rsidRPr="00F251F1">
        <w:rPr>
          <w:szCs w:val="24"/>
          <w:lang w:val="ru-RU"/>
        </w:rPr>
        <w:t xml:space="preserve"> контроля в отношении адвокатов в сфере ПОД/ФТ/ФРОМУ </w:t>
      </w:r>
    </w:p>
    <w:p w:rsidR="00ED7BDA" w:rsidRPr="00F251F1" w:rsidRDefault="00ED7BDA" w:rsidP="00A452F1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CB0F47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szCs w:val="24"/>
          <w:lang w:val="ru-RU"/>
        </w:rPr>
        <w:t>РАСПОРЯЖАЮСЬ:</w:t>
      </w:r>
    </w:p>
    <w:p w:rsidR="00ED7BDA" w:rsidRPr="00F251F1" w:rsidRDefault="00ED7BDA" w:rsidP="00A452F1">
      <w:pPr>
        <w:spacing w:after="0" w:line="240" w:lineRule="auto"/>
        <w:rPr>
          <w:szCs w:val="24"/>
          <w:lang w:val="ru-RU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859"/>
        <w:gridCol w:w="9045"/>
      </w:tblGrid>
      <w:tr w:rsidR="008A47C5" w:rsidRPr="00F251F1" w:rsidTr="008A47C5">
        <w:trPr>
          <w:jc w:val="center"/>
        </w:trPr>
        <w:tc>
          <w:tcPr>
            <w:tcW w:w="680" w:type="dxa"/>
            <w:vAlign w:val="center"/>
          </w:tcPr>
          <w:p w:rsidR="008A47C5" w:rsidRPr="00F251F1" w:rsidRDefault="008A47C5" w:rsidP="00AF2FC0">
            <w:pPr>
              <w:jc w:val="center"/>
              <w:rPr>
                <w:szCs w:val="24"/>
                <w:lang w:val="ru-RU"/>
              </w:rPr>
            </w:pPr>
            <w:r w:rsidRPr="00F251F1">
              <w:rPr>
                <w:b/>
                <w:szCs w:val="24"/>
                <w:lang w:val="ru-RU"/>
              </w:rPr>
              <w:t>Пункт</w:t>
            </w:r>
          </w:p>
        </w:tc>
        <w:tc>
          <w:tcPr>
            <w:tcW w:w="9411" w:type="dxa"/>
            <w:vAlign w:val="center"/>
          </w:tcPr>
          <w:p w:rsidR="008A47C5" w:rsidRPr="00F251F1" w:rsidRDefault="008A47C5" w:rsidP="00AF2FC0">
            <w:pPr>
              <w:jc w:val="center"/>
              <w:rPr>
                <w:szCs w:val="24"/>
                <w:lang w:val="ru-RU"/>
              </w:rPr>
            </w:pPr>
            <w:r w:rsidRPr="00F251F1">
              <w:rPr>
                <w:b/>
                <w:szCs w:val="24"/>
                <w:lang w:val="ru-RU"/>
              </w:rPr>
              <w:t>Содержание распоряжения</w:t>
            </w:r>
          </w:p>
        </w:tc>
      </w:tr>
      <w:tr w:rsidR="008A47C5" w:rsidRPr="002C5992" w:rsidTr="002549F4">
        <w:trPr>
          <w:jc w:val="center"/>
        </w:trPr>
        <w:tc>
          <w:tcPr>
            <w:tcW w:w="680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1.</w:t>
            </w:r>
          </w:p>
        </w:tc>
        <w:tc>
          <w:tcPr>
            <w:tcW w:w="941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Провести __________________________ проверку (плановую / внеплановую / повторную; документарную / выездную) в отношении адвоката ____</w:t>
            </w:r>
            <w:r w:rsidR="00334AED" w:rsidRPr="00F251F1">
              <w:rPr>
                <w:szCs w:val="24"/>
                <w:lang w:val="ru-RU"/>
              </w:rPr>
              <w:t>_____________________________</w:t>
            </w:r>
            <w:r w:rsidRPr="00F251F1">
              <w:rPr>
                <w:szCs w:val="24"/>
                <w:lang w:val="ru-RU"/>
              </w:rPr>
              <w:t>, регистрационный н</w:t>
            </w:r>
            <w:r w:rsidR="00334AED" w:rsidRPr="00F251F1">
              <w:rPr>
                <w:szCs w:val="24"/>
                <w:lang w:val="ru-RU"/>
              </w:rPr>
              <w:t>омер в ЕГРА __________</w:t>
            </w:r>
            <w:r w:rsidRPr="00F251F1">
              <w:rPr>
                <w:szCs w:val="24"/>
                <w:lang w:val="ru-RU"/>
              </w:rPr>
              <w:t>.</w:t>
            </w:r>
          </w:p>
        </w:tc>
      </w:tr>
      <w:tr w:rsidR="008A47C5" w:rsidRPr="00F251F1" w:rsidTr="002549F4">
        <w:trPr>
          <w:jc w:val="center"/>
        </w:trPr>
        <w:tc>
          <w:tcPr>
            <w:tcW w:w="680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2.</w:t>
            </w:r>
          </w:p>
        </w:tc>
        <w:tc>
          <w:tcPr>
            <w:tcW w:w="941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Основание проведения проверки: ____________</w:t>
            </w:r>
            <w:r w:rsidR="00334AED" w:rsidRPr="00F251F1">
              <w:rPr>
                <w:szCs w:val="24"/>
                <w:lang w:val="ru-RU"/>
              </w:rPr>
              <w:t>_______________________________</w:t>
            </w:r>
            <w:r w:rsidRPr="00F251F1">
              <w:rPr>
                <w:szCs w:val="24"/>
                <w:lang w:val="ru-RU"/>
              </w:rPr>
              <w:t>.</w:t>
            </w:r>
          </w:p>
        </w:tc>
      </w:tr>
      <w:tr w:rsidR="008A47C5" w:rsidRPr="00F251F1" w:rsidTr="002549F4">
        <w:trPr>
          <w:jc w:val="center"/>
        </w:trPr>
        <w:tc>
          <w:tcPr>
            <w:tcW w:w="680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3.</w:t>
            </w:r>
          </w:p>
        </w:tc>
        <w:tc>
          <w:tcPr>
            <w:tcW w:w="941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Предмет проверки: ________________________________________________</w:t>
            </w:r>
            <w:r w:rsidR="00334AED" w:rsidRPr="00F251F1">
              <w:rPr>
                <w:szCs w:val="24"/>
                <w:lang w:val="ru-RU"/>
              </w:rPr>
              <w:t>_______</w:t>
            </w:r>
            <w:r w:rsidRPr="00F251F1">
              <w:rPr>
                <w:szCs w:val="24"/>
                <w:lang w:val="ru-RU"/>
              </w:rPr>
              <w:t>.</w:t>
            </w:r>
          </w:p>
        </w:tc>
      </w:tr>
      <w:tr w:rsidR="008A47C5" w:rsidRPr="002C5992" w:rsidTr="002549F4">
        <w:trPr>
          <w:jc w:val="center"/>
        </w:trPr>
        <w:tc>
          <w:tcPr>
            <w:tcW w:w="680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4.</w:t>
            </w:r>
          </w:p>
        </w:tc>
        <w:tc>
          <w:tcPr>
            <w:tcW w:w="941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Проверяемый период: с «___» ________ 20___ г. по «___» ________ 20___ г.</w:t>
            </w:r>
          </w:p>
        </w:tc>
      </w:tr>
      <w:tr w:rsidR="008A47C5" w:rsidRPr="002C5992" w:rsidTr="002549F4">
        <w:trPr>
          <w:jc w:val="center"/>
        </w:trPr>
        <w:tc>
          <w:tcPr>
            <w:tcW w:w="680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5.</w:t>
            </w:r>
          </w:p>
        </w:tc>
        <w:tc>
          <w:tcPr>
            <w:tcW w:w="941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Срок проведения проверки: с «___» ________ 20___ г. по «___» ________ 20___ г.</w:t>
            </w:r>
          </w:p>
        </w:tc>
      </w:tr>
      <w:tr w:rsidR="008A47C5" w:rsidRPr="00F251F1" w:rsidTr="002549F4">
        <w:trPr>
          <w:jc w:val="center"/>
        </w:trPr>
        <w:tc>
          <w:tcPr>
            <w:tcW w:w="680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6.</w:t>
            </w:r>
          </w:p>
        </w:tc>
        <w:tc>
          <w:tcPr>
            <w:tcW w:w="941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Назначить инспектором(</w:t>
            </w:r>
            <w:proofErr w:type="spellStart"/>
            <w:r w:rsidRPr="00F251F1">
              <w:rPr>
                <w:szCs w:val="24"/>
                <w:lang w:val="ru-RU"/>
              </w:rPr>
              <w:t>ами</w:t>
            </w:r>
            <w:proofErr w:type="spellEnd"/>
            <w:r w:rsidRPr="00F251F1">
              <w:rPr>
                <w:szCs w:val="24"/>
                <w:lang w:val="ru-RU"/>
              </w:rPr>
              <w:t>): ________________________________________</w:t>
            </w:r>
            <w:r w:rsidR="00334AED" w:rsidRPr="00F251F1">
              <w:rPr>
                <w:szCs w:val="24"/>
                <w:lang w:val="ru-RU"/>
              </w:rPr>
              <w:t>______</w:t>
            </w:r>
            <w:r w:rsidRPr="00F251F1">
              <w:rPr>
                <w:szCs w:val="24"/>
                <w:lang w:val="ru-RU"/>
              </w:rPr>
              <w:t>.</w:t>
            </w:r>
          </w:p>
        </w:tc>
      </w:tr>
      <w:tr w:rsidR="008A47C5" w:rsidRPr="00F251F1" w:rsidTr="002549F4">
        <w:trPr>
          <w:jc w:val="center"/>
        </w:trPr>
        <w:tc>
          <w:tcPr>
            <w:tcW w:w="680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7.</w:t>
            </w:r>
          </w:p>
        </w:tc>
        <w:tc>
          <w:tcPr>
            <w:tcW w:w="941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Назначить руководителем проверки: __________________________________</w:t>
            </w:r>
            <w:r w:rsidR="00334AED" w:rsidRPr="00F251F1">
              <w:rPr>
                <w:szCs w:val="24"/>
                <w:lang w:val="ru-RU"/>
              </w:rPr>
              <w:t>______</w:t>
            </w:r>
            <w:r w:rsidRPr="00F251F1">
              <w:rPr>
                <w:szCs w:val="24"/>
                <w:lang w:val="ru-RU"/>
              </w:rPr>
              <w:t>.</w:t>
            </w:r>
          </w:p>
        </w:tc>
      </w:tr>
      <w:tr w:rsidR="008A47C5" w:rsidRPr="00F251F1" w:rsidTr="002549F4">
        <w:trPr>
          <w:jc w:val="center"/>
        </w:trPr>
        <w:tc>
          <w:tcPr>
            <w:tcW w:w="680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8.</w:t>
            </w:r>
          </w:p>
        </w:tc>
        <w:tc>
          <w:tcPr>
            <w:tcW w:w="941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Определить перечень контрольных действий: ____________________________</w:t>
            </w:r>
            <w:r w:rsidR="00334AED" w:rsidRPr="00F251F1">
              <w:rPr>
                <w:szCs w:val="24"/>
                <w:lang w:val="ru-RU"/>
              </w:rPr>
              <w:t>_____</w:t>
            </w:r>
            <w:r w:rsidRPr="00F251F1">
              <w:rPr>
                <w:szCs w:val="24"/>
                <w:lang w:val="ru-RU"/>
              </w:rPr>
              <w:t>.</w:t>
            </w:r>
          </w:p>
        </w:tc>
      </w:tr>
      <w:tr w:rsidR="008A47C5" w:rsidRPr="002C5992" w:rsidTr="002549F4">
        <w:trPr>
          <w:jc w:val="center"/>
        </w:trPr>
        <w:tc>
          <w:tcPr>
            <w:tcW w:w="680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9.</w:t>
            </w:r>
          </w:p>
        </w:tc>
        <w:tc>
          <w:tcPr>
            <w:tcW w:w="941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Установить адрес электронной почты для направления документов и пояснений: ________________________</w:t>
            </w:r>
            <w:r w:rsidR="00334AED" w:rsidRPr="00F251F1">
              <w:rPr>
                <w:szCs w:val="24"/>
                <w:lang w:val="ru-RU"/>
              </w:rPr>
              <w:t>________________________________________________</w:t>
            </w:r>
            <w:r w:rsidRPr="00F251F1">
              <w:rPr>
                <w:szCs w:val="24"/>
                <w:lang w:val="ru-RU"/>
              </w:rPr>
              <w:t>.</w:t>
            </w:r>
          </w:p>
        </w:tc>
      </w:tr>
    </w:tbl>
    <w:p w:rsidR="008A47C5" w:rsidRPr="00F251F1" w:rsidRDefault="008A47C5" w:rsidP="00AF2FC0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Президент </w:t>
      </w:r>
      <w:r w:rsidR="00202C1C">
        <w:rPr>
          <w:szCs w:val="24"/>
          <w:lang w:val="ru-RU"/>
        </w:rPr>
        <w:t>АПКО</w:t>
      </w:r>
      <w:r w:rsidRPr="00F251F1">
        <w:rPr>
          <w:szCs w:val="24"/>
          <w:lang w:val="ru-RU"/>
        </w:rPr>
        <w:t xml:space="preserve"> ________</w:t>
      </w:r>
      <w:r w:rsidR="006916B3" w:rsidRPr="00F251F1">
        <w:rPr>
          <w:szCs w:val="24"/>
          <w:lang w:val="ru-RU"/>
        </w:rPr>
        <w:t>___</w:t>
      </w:r>
      <w:r w:rsidRPr="00F251F1">
        <w:rPr>
          <w:szCs w:val="24"/>
          <w:lang w:val="ru-RU"/>
        </w:rPr>
        <w:t>/____________</w:t>
      </w:r>
    </w:p>
    <w:p w:rsidR="00925043" w:rsidRPr="00F251F1" w:rsidRDefault="00925043" w:rsidP="00AF2FC0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rPr>
          <w:szCs w:val="24"/>
          <w:lang w:val="ru-RU"/>
        </w:rPr>
      </w:pPr>
      <w:r w:rsidRPr="00F251F1">
        <w:rPr>
          <w:szCs w:val="24"/>
          <w:lang w:val="ru-RU"/>
        </w:rPr>
        <w:t>С распоряжением ознакомлен(а): ________________/_____________ «___» ________ 20___ г.</w:t>
      </w:r>
    </w:p>
    <w:p w:rsidR="00A452F1" w:rsidRPr="00F251F1" w:rsidRDefault="00A452F1" w:rsidP="00AF2FC0">
      <w:pPr>
        <w:spacing w:after="0" w:line="240" w:lineRule="auto"/>
        <w:rPr>
          <w:szCs w:val="24"/>
          <w:lang w:val="ru-RU"/>
        </w:rPr>
      </w:pPr>
    </w:p>
    <w:p w:rsidR="00A452F1" w:rsidRPr="00F251F1" w:rsidRDefault="00A452F1" w:rsidP="00AF2FC0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rPr>
          <w:szCs w:val="24"/>
          <w:lang w:val="ru-RU"/>
        </w:rPr>
      </w:pPr>
      <w:r w:rsidRPr="00F251F1">
        <w:rPr>
          <w:szCs w:val="24"/>
          <w:lang w:val="ru-RU"/>
        </w:rPr>
        <w:br w:type="page"/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>
        <w:rPr>
          <w:szCs w:val="24"/>
          <w:lang w:val="ru-RU"/>
        </w:rPr>
        <w:lastRenderedPageBreak/>
        <w:t>Приложение № 3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к Положению об организации и осуществлении 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Адвокатской палатой </w:t>
      </w:r>
      <w:r w:rsidR="00202C1C">
        <w:rPr>
          <w:rFonts w:cs="Times New Roman"/>
          <w:bCs/>
          <w:szCs w:val="24"/>
          <w:lang w:val="ru-RU"/>
        </w:rPr>
        <w:t>Курганской области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t>контроля в отношении адвокатов в сфере ПОД/ФТ/ФРОМУ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</w:p>
    <w:p w:rsidR="0005299A" w:rsidRPr="00F251F1" w:rsidRDefault="0005299A" w:rsidP="00A452F1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b/>
          <w:szCs w:val="24"/>
          <w:lang w:val="ru-RU"/>
        </w:rPr>
        <w:t xml:space="preserve">Форма запроса </w:t>
      </w:r>
      <w:r w:rsidR="00CB0F47" w:rsidRPr="00F251F1">
        <w:rPr>
          <w:b/>
          <w:szCs w:val="24"/>
          <w:lang w:val="ru-RU"/>
        </w:rPr>
        <w:t xml:space="preserve">о предоставлении </w:t>
      </w:r>
      <w:r w:rsidRPr="00F251F1">
        <w:rPr>
          <w:b/>
          <w:szCs w:val="24"/>
          <w:lang w:val="ru-RU"/>
        </w:rPr>
        <w:t>документов и информации</w:t>
      </w:r>
    </w:p>
    <w:p w:rsidR="00ED7BDA" w:rsidRPr="00F251F1" w:rsidRDefault="00ED7BDA" w:rsidP="00A452F1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Адвокатская палата </w:t>
      </w:r>
      <w:r w:rsidR="00202C1C">
        <w:rPr>
          <w:rFonts w:cs="Times New Roman"/>
          <w:szCs w:val="24"/>
          <w:lang w:val="ru-RU"/>
        </w:rPr>
        <w:t>Курганской области</w:t>
      </w:r>
    </w:p>
    <w:p w:rsidR="00ED7BDA" w:rsidRPr="00F251F1" w:rsidRDefault="00ED7BDA" w:rsidP="00A452F1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CB0F47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b/>
          <w:szCs w:val="24"/>
          <w:lang w:val="ru-RU"/>
        </w:rPr>
        <w:t>ЗАПРОС</w:t>
      </w:r>
    </w:p>
    <w:p w:rsidR="008A47C5" w:rsidRPr="00F251F1" w:rsidRDefault="008A47C5" w:rsidP="00AF2FC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b/>
          <w:szCs w:val="24"/>
          <w:lang w:val="ru-RU"/>
        </w:rPr>
        <w:t>о предоставлении документов и информации</w:t>
      </w:r>
    </w:p>
    <w:p w:rsidR="008A47C5" w:rsidRPr="00F251F1" w:rsidRDefault="000F3FF0" w:rsidP="000F3FF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szCs w:val="24"/>
          <w:lang w:val="ru-RU"/>
        </w:rPr>
        <w:t>(</w:t>
      </w:r>
      <w:r w:rsidR="00A452F1" w:rsidRPr="00F251F1">
        <w:rPr>
          <w:szCs w:val="24"/>
          <w:lang w:val="ru-RU"/>
        </w:rPr>
        <w:t>з</w:t>
      </w:r>
      <w:r w:rsidRPr="00F251F1">
        <w:rPr>
          <w:szCs w:val="24"/>
          <w:lang w:val="ru-RU"/>
        </w:rPr>
        <w:t>апрашиваемые документы и сведения представляются только в части, относящейся к предмету проверки и проверяемому периоду, без раскрытия содержания конкретных поручений доверителей, если такое раскрытие не предусмотрено законом)</w:t>
      </w:r>
    </w:p>
    <w:p w:rsidR="000F3FF0" w:rsidRPr="00F251F1" w:rsidRDefault="000F3FF0" w:rsidP="00A452F1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szCs w:val="24"/>
          <w:lang w:val="ru-RU"/>
        </w:rPr>
        <w:t>№ ________ от «___» __________ 20___ г.</w:t>
      </w:r>
    </w:p>
    <w:p w:rsidR="008A47C5" w:rsidRPr="00F251F1" w:rsidRDefault="008A47C5" w:rsidP="00A452F1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ind w:firstLine="709"/>
        <w:rPr>
          <w:szCs w:val="24"/>
          <w:lang w:val="ru-RU"/>
        </w:rPr>
      </w:pPr>
      <w:r w:rsidRPr="00F251F1">
        <w:rPr>
          <w:szCs w:val="24"/>
          <w:lang w:val="ru-RU"/>
        </w:rPr>
        <w:t>В связи с проведением __________________</w:t>
      </w:r>
      <w:r w:rsidR="00A452F1" w:rsidRPr="00F251F1">
        <w:rPr>
          <w:szCs w:val="24"/>
          <w:lang w:val="ru-RU"/>
        </w:rPr>
        <w:t>____________</w:t>
      </w:r>
      <w:r w:rsidRPr="00F251F1">
        <w:rPr>
          <w:szCs w:val="24"/>
          <w:lang w:val="ru-RU"/>
        </w:rPr>
        <w:t>____ проверки на основании распоряжения от «___» ____</w:t>
      </w:r>
      <w:r w:rsidR="00BF54AC" w:rsidRPr="00F251F1">
        <w:rPr>
          <w:szCs w:val="24"/>
          <w:lang w:val="ru-RU"/>
        </w:rPr>
        <w:t>_</w:t>
      </w:r>
      <w:r w:rsidRPr="00F251F1">
        <w:rPr>
          <w:szCs w:val="24"/>
          <w:lang w:val="ru-RU"/>
        </w:rPr>
        <w:t>______ 20___ г. № _____</w:t>
      </w:r>
      <w:r w:rsidR="00A452F1" w:rsidRPr="00F251F1">
        <w:rPr>
          <w:szCs w:val="24"/>
          <w:lang w:val="ru-RU"/>
        </w:rPr>
        <w:t>___</w:t>
      </w:r>
      <w:r w:rsidRPr="00F251F1">
        <w:rPr>
          <w:szCs w:val="24"/>
          <w:lang w:val="ru-RU"/>
        </w:rPr>
        <w:t>___ просим представить следующие документы и сведения, относящиеся к предмету проверки:</w:t>
      </w:r>
    </w:p>
    <w:p w:rsidR="008A47C5" w:rsidRPr="00F251F1" w:rsidRDefault="008A47C5" w:rsidP="00A452F1">
      <w:pPr>
        <w:spacing w:after="0" w:line="240" w:lineRule="auto"/>
        <w:rPr>
          <w:szCs w:val="24"/>
          <w:lang w:val="ru-RU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64"/>
        <w:gridCol w:w="9340"/>
      </w:tblGrid>
      <w:tr w:rsidR="008A47C5" w:rsidRPr="00F251F1" w:rsidTr="008A47C5">
        <w:trPr>
          <w:jc w:val="center"/>
        </w:trPr>
        <w:tc>
          <w:tcPr>
            <w:tcW w:w="567" w:type="dxa"/>
            <w:vAlign w:val="center"/>
          </w:tcPr>
          <w:p w:rsidR="008A47C5" w:rsidRPr="00F251F1" w:rsidRDefault="008A47C5" w:rsidP="00AF2FC0">
            <w:pPr>
              <w:jc w:val="center"/>
              <w:rPr>
                <w:szCs w:val="24"/>
                <w:lang w:val="ru-RU"/>
              </w:rPr>
            </w:pPr>
            <w:r w:rsidRPr="00F251F1">
              <w:rPr>
                <w:b/>
                <w:szCs w:val="24"/>
                <w:lang w:val="ru-RU"/>
              </w:rPr>
              <w:t>№</w:t>
            </w:r>
          </w:p>
        </w:tc>
        <w:tc>
          <w:tcPr>
            <w:tcW w:w="9524" w:type="dxa"/>
            <w:vAlign w:val="center"/>
          </w:tcPr>
          <w:p w:rsidR="008A47C5" w:rsidRPr="00F251F1" w:rsidRDefault="008A47C5" w:rsidP="00AF2FC0">
            <w:pPr>
              <w:jc w:val="center"/>
              <w:rPr>
                <w:szCs w:val="24"/>
                <w:lang w:val="ru-RU"/>
              </w:rPr>
            </w:pPr>
            <w:r w:rsidRPr="00F251F1">
              <w:rPr>
                <w:b/>
                <w:szCs w:val="24"/>
                <w:lang w:val="ru-RU"/>
              </w:rPr>
              <w:t>Перечень документов и сведений</w:t>
            </w:r>
          </w:p>
        </w:tc>
      </w:tr>
      <w:tr w:rsidR="008A47C5" w:rsidRPr="002C5992" w:rsidTr="002549F4">
        <w:trPr>
          <w:jc w:val="center"/>
        </w:trPr>
        <w:tc>
          <w:tcPr>
            <w:tcW w:w="567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1.</w:t>
            </w:r>
          </w:p>
        </w:tc>
        <w:tc>
          <w:tcPr>
            <w:tcW w:w="9524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Документы, подтверждающие использование личного кабинета адвоката на официальном сайте Росфинмониторинга и ознакомление с обязательной информацией.</w:t>
            </w:r>
          </w:p>
        </w:tc>
      </w:tr>
      <w:tr w:rsidR="008A47C5" w:rsidRPr="002C5992" w:rsidTr="002549F4">
        <w:trPr>
          <w:jc w:val="center"/>
        </w:trPr>
        <w:tc>
          <w:tcPr>
            <w:tcW w:w="567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2.</w:t>
            </w:r>
          </w:p>
        </w:tc>
        <w:tc>
          <w:tcPr>
            <w:tcW w:w="9524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Документы о назначении специального должностного лица (если назначение требуется) и документы о прохождении обучения.</w:t>
            </w:r>
          </w:p>
        </w:tc>
      </w:tr>
      <w:tr w:rsidR="008A47C5" w:rsidRPr="002C5992" w:rsidTr="002549F4">
        <w:trPr>
          <w:jc w:val="center"/>
        </w:trPr>
        <w:tc>
          <w:tcPr>
            <w:tcW w:w="567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3.</w:t>
            </w:r>
          </w:p>
        </w:tc>
        <w:tc>
          <w:tcPr>
            <w:tcW w:w="9524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Актуальная редакция правил внутреннего контроля.</w:t>
            </w:r>
          </w:p>
        </w:tc>
      </w:tr>
      <w:tr w:rsidR="008A47C5" w:rsidRPr="002C5992" w:rsidTr="002549F4">
        <w:trPr>
          <w:jc w:val="center"/>
        </w:trPr>
        <w:tc>
          <w:tcPr>
            <w:tcW w:w="567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4.</w:t>
            </w:r>
          </w:p>
        </w:tc>
        <w:tc>
          <w:tcPr>
            <w:tcW w:w="9524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Формы оценки риска клиента и поручения, формы НПК, журналы, реестры, мотивированные суждения и иные учетные материалы — в части, относящейся к предмету проверки.</w:t>
            </w:r>
          </w:p>
        </w:tc>
      </w:tr>
      <w:tr w:rsidR="008A47C5" w:rsidRPr="002C5992" w:rsidTr="002549F4">
        <w:trPr>
          <w:jc w:val="center"/>
        </w:trPr>
        <w:tc>
          <w:tcPr>
            <w:tcW w:w="567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5.</w:t>
            </w:r>
          </w:p>
        </w:tc>
        <w:tc>
          <w:tcPr>
            <w:tcW w:w="9524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Пояснения по выявленным обстоятельствам и иные документы, указанные в приложении к запросу.</w:t>
            </w:r>
          </w:p>
        </w:tc>
      </w:tr>
    </w:tbl>
    <w:p w:rsidR="008A47C5" w:rsidRPr="00F251F1" w:rsidRDefault="008A47C5" w:rsidP="00AF2FC0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8067D0">
      <w:pPr>
        <w:spacing w:after="0" w:line="240" w:lineRule="auto"/>
        <w:ind w:firstLine="709"/>
        <w:jc w:val="both"/>
        <w:rPr>
          <w:szCs w:val="24"/>
          <w:lang w:val="ru-RU"/>
        </w:rPr>
      </w:pPr>
      <w:r w:rsidRPr="00F251F1">
        <w:rPr>
          <w:szCs w:val="24"/>
          <w:lang w:val="ru-RU"/>
        </w:rPr>
        <w:t>Форма представления: бумажные копии / электронные копии / заверенные выписки / скриншоты / реестры / журналы.</w:t>
      </w:r>
      <w:r w:rsidR="008067D0" w:rsidRPr="00F251F1">
        <w:rPr>
          <w:szCs w:val="24"/>
          <w:lang w:val="ru-RU"/>
        </w:rPr>
        <w:t xml:space="preserve"> </w:t>
      </w:r>
    </w:p>
    <w:p w:rsidR="00ED7BDA" w:rsidRPr="00F251F1" w:rsidRDefault="00ED7BDA" w:rsidP="00A452F1">
      <w:pPr>
        <w:spacing w:after="0" w:line="240" w:lineRule="auto"/>
        <w:jc w:val="both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ind w:firstLine="709"/>
        <w:rPr>
          <w:szCs w:val="24"/>
          <w:lang w:val="ru-RU"/>
        </w:rPr>
      </w:pPr>
      <w:r w:rsidRPr="00F251F1">
        <w:rPr>
          <w:szCs w:val="24"/>
          <w:lang w:val="ru-RU"/>
        </w:rPr>
        <w:t>Срок представления: до «___» __________ 20___ г.</w:t>
      </w:r>
    </w:p>
    <w:p w:rsidR="00ED7BDA" w:rsidRPr="00F251F1" w:rsidRDefault="00ED7BDA" w:rsidP="00A452F1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ind w:firstLine="709"/>
        <w:rPr>
          <w:szCs w:val="24"/>
          <w:lang w:val="ru-RU"/>
        </w:rPr>
      </w:pPr>
      <w:r w:rsidRPr="00F251F1">
        <w:rPr>
          <w:szCs w:val="24"/>
          <w:lang w:val="ru-RU"/>
        </w:rPr>
        <w:t>Документы и сведения направляются по адресу электр</w:t>
      </w:r>
      <w:r w:rsidR="00A452F1" w:rsidRPr="00F251F1">
        <w:rPr>
          <w:szCs w:val="24"/>
          <w:lang w:val="ru-RU"/>
        </w:rPr>
        <w:t>онной почты ________________</w:t>
      </w:r>
      <w:r w:rsidRPr="00F251F1">
        <w:rPr>
          <w:szCs w:val="24"/>
          <w:lang w:val="ru-RU"/>
        </w:rPr>
        <w:t xml:space="preserve"> либо иным способом, указанным в распоряжении о проведении проверки.</w:t>
      </w:r>
    </w:p>
    <w:p w:rsidR="00A452F1" w:rsidRPr="00F251F1" w:rsidRDefault="00A452F1" w:rsidP="00A452F1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452F1">
      <w:pPr>
        <w:spacing w:after="0" w:line="240" w:lineRule="auto"/>
        <w:ind w:firstLine="709"/>
        <w:rPr>
          <w:szCs w:val="24"/>
          <w:lang w:val="ru-RU"/>
        </w:rPr>
      </w:pPr>
      <w:r w:rsidRPr="00F251F1">
        <w:rPr>
          <w:szCs w:val="24"/>
          <w:lang w:val="ru-RU"/>
        </w:rPr>
        <w:t>Уполномоченное лицо ___________________/__________________</w:t>
      </w:r>
    </w:p>
    <w:p w:rsidR="00A452F1" w:rsidRPr="00F251F1" w:rsidRDefault="00A452F1" w:rsidP="00A452F1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rPr>
          <w:szCs w:val="24"/>
          <w:lang w:val="ru-RU"/>
        </w:rPr>
      </w:pPr>
      <w:r w:rsidRPr="00F251F1">
        <w:rPr>
          <w:szCs w:val="24"/>
          <w:lang w:val="ru-RU"/>
        </w:rPr>
        <w:br w:type="page"/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>
        <w:rPr>
          <w:szCs w:val="24"/>
          <w:lang w:val="ru-RU"/>
        </w:rPr>
        <w:lastRenderedPageBreak/>
        <w:t>Приложение № 4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к Положению об организации и осуществлении 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Адвокатской палатой </w:t>
      </w:r>
      <w:r w:rsidR="00202C1C">
        <w:rPr>
          <w:rFonts w:cs="Times New Roman"/>
          <w:bCs/>
          <w:szCs w:val="24"/>
          <w:lang w:val="ru-RU"/>
        </w:rPr>
        <w:t>Курганской области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t>контроля в отношении адвокатов в сфере ПОД/ФТ/ФРОМУ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</w:p>
    <w:p w:rsidR="0005299A" w:rsidRPr="00F251F1" w:rsidRDefault="0005299A" w:rsidP="00A452F1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b/>
          <w:szCs w:val="24"/>
          <w:lang w:val="ru-RU"/>
        </w:rPr>
        <w:t>Форма акта проверки</w:t>
      </w:r>
    </w:p>
    <w:p w:rsidR="00ED7BDA" w:rsidRPr="00F251F1" w:rsidRDefault="00ED7BDA" w:rsidP="00A452F1">
      <w:pPr>
        <w:spacing w:after="0" w:line="240" w:lineRule="auto"/>
        <w:rPr>
          <w:szCs w:val="24"/>
          <w:lang w:val="ru-RU"/>
        </w:rPr>
      </w:pPr>
    </w:p>
    <w:p w:rsidR="008A47C5" w:rsidRPr="00F251F1" w:rsidRDefault="006916B3" w:rsidP="00AF2FC0">
      <w:pPr>
        <w:spacing w:after="0" w:line="240" w:lineRule="auto"/>
        <w:jc w:val="center"/>
        <w:rPr>
          <w:b/>
          <w:szCs w:val="24"/>
          <w:lang w:val="ru-RU"/>
        </w:rPr>
      </w:pPr>
      <w:r w:rsidRPr="00F251F1">
        <w:rPr>
          <w:szCs w:val="24"/>
          <w:lang w:val="ru-RU"/>
        </w:rPr>
        <w:t xml:space="preserve">Адвокатская палата </w:t>
      </w:r>
      <w:r w:rsidR="00202C1C">
        <w:rPr>
          <w:rFonts w:cs="Times New Roman"/>
          <w:szCs w:val="24"/>
          <w:lang w:val="ru-RU"/>
        </w:rPr>
        <w:t>Курганской области</w:t>
      </w:r>
    </w:p>
    <w:p w:rsidR="00CB0F47" w:rsidRPr="00F251F1" w:rsidRDefault="00CB0F47" w:rsidP="00CB0F47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b/>
          <w:szCs w:val="24"/>
          <w:lang w:val="ru-RU"/>
        </w:rPr>
        <w:t>АКТ ПРОВЕРКИ</w:t>
      </w:r>
    </w:p>
    <w:p w:rsidR="00925043" w:rsidRPr="00F251F1" w:rsidRDefault="00925043" w:rsidP="00AF2FC0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szCs w:val="24"/>
          <w:lang w:val="ru-RU"/>
        </w:rPr>
        <w:t>№ ________</w:t>
      </w:r>
      <w:r w:rsidR="00A452F1" w:rsidRPr="00F251F1">
        <w:rPr>
          <w:szCs w:val="24"/>
          <w:lang w:val="ru-RU"/>
        </w:rPr>
        <w:tab/>
      </w:r>
      <w:r w:rsidR="00A452F1" w:rsidRPr="00F251F1">
        <w:rPr>
          <w:szCs w:val="24"/>
          <w:lang w:val="ru-RU"/>
        </w:rPr>
        <w:tab/>
      </w:r>
      <w:r w:rsidR="00A452F1" w:rsidRPr="00F251F1">
        <w:rPr>
          <w:szCs w:val="24"/>
          <w:lang w:val="ru-RU"/>
        </w:rPr>
        <w:tab/>
      </w:r>
      <w:r w:rsidR="00A452F1" w:rsidRPr="00F251F1">
        <w:rPr>
          <w:szCs w:val="24"/>
          <w:lang w:val="ru-RU"/>
        </w:rPr>
        <w:tab/>
      </w:r>
      <w:r w:rsidR="00A452F1" w:rsidRPr="00F251F1">
        <w:rPr>
          <w:szCs w:val="24"/>
          <w:lang w:val="ru-RU"/>
        </w:rPr>
        <w:tab/>
      </w:r>
      <w:r w:rsidR="00A452F1" w:rsidRPr="00F251F1">
        <w:rPr>
          <w:szCs w:val="24"/>
          <w:lang w:val="ru-RU"/>
        </w:rPr>
        <w:tab/>
      </w:r>
      <w:r w:rsidR="00A452F1" w:rsidRPr="00F251F1">
        <w:rPr>
          <w:szCs w:val="24"/>
          <w:lang w:val="ru-RU"/>
        </w:rPr>
        <w:tab/>
      </w:r>
      <w:r w:rsidR="00A452F1" w:rsidRPr="00F251F1">
        <w:rPr>
          <w:szCs w:val="24"/>
          <w:lang w:val="ru-RU"/>
        </w:rPr>
        <w:tab/>
      </w:r>
      <w:r w:rsidRPr="00F251F1">
        <w:rPr>
          <w:szCs w:val="24"/>
          <w:lang w:val="ru-RU"/>
        </w:rPr>
        <w:t>«___» __________ 20___ г.</w:t>
      </w:r>
    </w:p>
    <w:p w:rsidR="00ED7BDA" w:rsidRPr="00F251F1" w:rsidRDefault="00ED7BDA" w:rsidP="00A452F1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ED7BDA">
      <w:pPr>
        <w:spacing w:after="0" w:line="240" w:lineRule="auto"/>
        <w:ind w:firstLine="709"/>
        <w:rPr>
          <w:szCs w:val="24"/>
          <w:lang w:val="ru-RU"/>
        </w:rPr>
      </w:pPr>
      <w:r w:rsidRPr="00F251F1">
        <w:rPr>
          <w:szCs w:val="24"/>
          <w:lang w:val="ru-RU"/>
        </w:rPr>
        <w:t>Место составления: ____________________________________</w:t>
      </w:r>
    </w:p>
    <w:p w:rsidR="00925043" w:rsidRPr="00F251F1" w:rsidRDefault="00925043" w:rsidP="00A452F1">
      <w:pPr>
        <w:spacing w:after="0" w:line="240" w:lineRule="auto"/>
        <w:rPr>
          <w:szCs w:val="24"/>
          <w:lang w:val="ru-RU"/>
        </w:rPr>
      </w:pPr>
    </w:p>
    <w:p w:rsidR="008067D0" w:rsidRPr="00F251F1" w:rsidRDefault="008067D0" w:rsidP="00AF2FC0">
      <w:pPr>
        <w:spacing w:after="0" w:line="240" w:lineRule="auto"/>
        <w:ind w:firstLine="709"/>
        <w:rPr>
          <w:szCs w:val="24"/>
          <w:lang w:val="ru-RU"/>
        </w:rPr>
      </w:pPr>
      <w:r w:rsidRPr="00F251F1">
        <w:rPr>
          <w:szCs w:val="24"/>
          <w:lang w:val="ru-RU"/>
        </w:rPr>
        <w:t>Сведения о соблюдении ограничений, связанных с адв</w:t>
      </w:r>
      <w:r w:rsidR="00A452F1" w:rsidRPr="00F251F1">
        <w:rPr>
          <w:szCs w:val="24"/>
          <w:lang w:val="ru-RU"/>
        </w:rPr>
        <w:t>окатской тайной: ____________</w:t>
      </w:r>
      <w:r w:rsidRPr="00F251F1">
        <w:rPr>
          <w:szCs w:val="24"/>
          <w:lang w:val="ru-RU"/>
        </w:rPr>
        <w:t>.</w:t>
      </w:r>
    </w:p>
    <w:p w:rsidR="008067D0" w:rsidRPr="00F251F1" w:rsidRDefault="008067D0" w:rsidP="00A452F1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ED7BDA">
      <w:pPr>
        <w:spacing w:after="0" w:line="240" w:lineRule="auto"/>
        <w:ind w:firstLine="709"/>
        <w:jc w:val="both"/>
        <w:rPr>
          <w:szCs w:val="24"/>
          <w:lang w:val="ru-RU"/>
        </w:rPr>
      </w:pPr>
      <w:r w:rsidRPr="00F251F1">
        <w:rPr>
          <w:szCs w:val="24"/>
          <w:lang w:val="ru-RU"/>
        </w:rPr>
        <w:t>На основании распоряжения о проведении проверки от «___» ______</w:t>
      </w:r>
      <w:r w:rsidR="00A452F1" w:rsidRPr="00F251F1">
        <w:rPr>
          <w:szCs w:val="24"/>
          <w:lang w:val="ru-RU"/>
        </w:rPr>
        <w:t>__</w:t>
      </w:r>
      <w:r w:rsidRPr="00F251F1">
        <w:rPr>
          <w:szCs w:val="24"/>
          <w:lang w:val="ru-RU"/>
        </w:rPr>
        <w:t>____ 20___ г. №</w:t>
      </w:r>
      <w:r w:rsidR="00A452F1" w:rsidRPr="00F251F1">
        <w:rPr>
          <w:szCs w:val="24"/>
          <w:lang w:val="ru-RU"/>
        </w:rPr>
        <w:t xml:space="preserve"> </w:t>
      </w:r>
      <w:r w:rsidRPr="00F251F1">
        <w:rPr>
          <w:szCs w:val="24"/>
          <w:lang w:val="ru-RU"/>
        </w:rPr>
        <w:t>________ проведена _______________________ проверка в отношении адвоката ________________________________________, регистрационный н</w:t>
      </w:r>
      <w:r w:rsidR="00A452F1" w:rsidRPr="00F251F1">
        <w:rPr>
          <w:szCs w:val="24"/>
          <w:lang w:val="ru-RU"/>
        </w:rPr>
        <w:t>омер в ЕГРА ___________</w:t>
      </w:r>
      <w:r w:rsidRPr="00F251F1">
        <w:rPr>
          <w:szCs w:val="24"/>
          <w:lang w:val="ru-RU"/>
        </w:rPr>
        <w:t>.</w:t>
      </w:r>
    </w:p>
    <w:p w:rsidR="00ED7BDA" w:rsidRPr="00F251F1" w:rsidRDefault="00ED7BDA" w:rsidP="00A452F1">
      <w:pPr>
        <w:spacing w:after="0" w:line="240" w:lineRule="auto"/>
        <w:jc w:val="both"/>
        <w:rPr>
          <w:szCs w:val="24"/>
          <w:lang w:val="ru-RU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04"/>
        <w:gridCol w:w="3901"/>
        <w:gridCol w:w="5499"/>
      </w:tblGrid>
      <w:tr w:rsidR="008A47C5" w:rsidRPr="00F251F1" w:rsidTr="00925043">
        <w:trPr>
          <w:jc w:val="center"/>
        </w:trPr>
        <w:tc>
          <w:tcPr>
            <w:tcW w:w="510" w:type="dxa"/>
            <w:vAlign w:val="center"/>
          </w:tcPr>
          <w:p w:rsidR="008A47C5" w:rsidRPr="00F251F1" w:rsidRDefault="008A47C5" w:rsidP="00AF2FC0">
            <w:pPr>
              <w:jc w:val="center"/>
              <w:rPr>
                <w:lang w:val="ru-RU"/>
              </w:rPr>
            </w:pPr>
            <w:r w:rsidRPr="00F251F1">
              <w:rPr>
                <w:b/>
                <w:lang w:val="ru-RU"/>
              </w:rPr>
              <w:t>№</w:t>
            </w:r>
          </w:p>
        </w:tc>
        <w:tc>
          <w:tcPr>
            <w:tcW w:w="4082" w:type="dxa"/>
            <w:vAlign w:val="center"/>
          </w:tcPr>
          <w:p w:rsidR="008A47C5" w:rsidRPr="00F251F1" w:rsidRDefault="008A47C5" w:rsidP="00AF2FC0">
            <w:pPr>
              <w:jc w:val="center"/>
              <w:rPr>
                <w:lang w:val="ru-RU"/>
              </w:rPr>
            </w:pPr>
            <w:r w:rsidRPr="00F251F1">
              <w:rPr>
                <w:b/>
                <w:lang w:val="ru-RU"/>
              </w:rPr>
              <w:t>Раздел акта</w:t>
            </w:r>
          </w:p>
        </w:tc>
        <w:tc>
          <w:tcPr>
            <w:tcW w:w="5499" w:type="dxa"/>
            <w:vAlign w:val="center"/>
          </w:tcPr>
          <w:p w:rsidR="008A47C5" w:rsidRPr="00F251F1" w:rsidRDefault="008A47C5" w:rsidP="00AF2FC0">
            <w:pPr>
              <w:jc w:val="center"/>
              <w:rPr>
                <w:lang w:val="ru-RU"/>
              </w:rPr>
            </w:pPr>
            <w:r w:rsidRPr="00F251F1">
              <w:rPr>
                <w:b/>
                <w:lang w:val="ru-RU"/>
              </w:rPr>
              <w:t>Содержание</w:t>
            </w:r>
          </w:p>
        </w:tc>
      </w:tr>
      <w:tr w:rsidR="008A47C5" w:rsidRPr="00F251F1" w:rsidTr="002549F4">
        <w:trPr>
          <w:jc w:val="center"/>
        </w:trPr>
        <w:tc>
          <w:tcPr>
            <w:tcW w:w="510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1.</w:t>
            </w:r>
          </w:p>
        </w:tc>
        <w:tc>
          <w:tcPr>
            <w:tcW w:w="4082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Сведения об инспекторах и руководителе проверки</w:t>
            </w:r>
          </w:p>
        </w:tc>
        <w:tc>
          <w:tcPr>
            <w:tcW w:w="5499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________________________________________________</w:t>
            </w:r>
          </w:p>
        </w:tc>
      </w:tr>
      <w:tr w:rsidR="008A47C5" w:rsidRPr="00F251F1" w:rsidTr="002549F4">
        <w:trPr>
          <w:jc w:val="center"/>
        </w:trPr>
        <w:tc>
          <w:tcPr>
            <w:tcW w:w="510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2.</w:t>
            </w:r>
          </w:p>
        </w:tc>
        <w:tc>
          <w:tcPr>
            <w:tcW w:w="4082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Проверяемый период</w:t>
            </w:r>
          </w:p>
        </w:tc>
        <w:tc>
          <w:tcPr>
            <w:tcW w:w="5499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_______________________________________________</w:t>
            </w:r>
          </w:p>
        </w:tc>
      </w:tr>
      <w:tr w:rsidR="008A47C5" w:rsidRPr="00F251F1" w:rsidTr="002549F4">
        <w:trPr>
          <w:jc w:val="center"/>
        </w:trPr>
        <w:tc>
          <w:tcPr>
            <w:tcW w:w="510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3.</w:t>
            </w:r>
          </w:p>
        </w:tc>
        <w:tc>
          <w:tcPr>
            <w:tcW w:w="4082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Срок проведения проверки</w:t>
            </w:r>
          </w:p>
        </w:tc>
        <w:tc>
          <w:tcPr>
            <w:tcW w:w="5499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_______________________________________________</w:t>
            </w:r>
          </w:p>
        </w:tc>
      </w:tr>
      <w:tr w:rsidR="008A47C5" w:rsidRPr="00F251F1" w:rsidTr="002549F4">
        <w:trPr>
          <w:jc w:val="center"/>
        </w:trPr>
        <w:tc>
          <w:tcPr>
            <w:tcW w:w="510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4.</w:t>
            </w:r>
          </w:p>
        </w:tc>
        <w:tc>
          <w:tcPr>
            <w:tcW w:w="4082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Перечень контрольных действий</w:t>
            </w:r>
          </w:p>
        </w:tc>
        <w:tc>
          <w:tcPr>
            <w:tcW w:w="5499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_______________________________________________</w:t>
            </w:r>
          </w:p>
        </w:tc>
      </w:tr>
      <w:tr w:rsidR="008A47C5" w:rsidRPr="00F251F1" w:rsidTr="002549F4">
        <w:trPr>
          <w:jc w:val="center"/>
        </w:trPr>
        <w:tc>
          <w:tcPr>
            <w:tcW w:w="510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5.</w:t>
            </w:r>
          </w:p>
        </w:tc>
        <w:tc>
          <w:tcPr>
            <w:tcW w:w="4082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Перечень документов и материалов, рассмотренных в ходе проверки</w:t>
            </w:r>
          </w:p>
        </w:tc>
        <w:tc>
          <w:tcPr>
            <w:tcW w:w="5499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_______________________________________________</w:t>
            </w:r>
          </w:p>
        </w:tc>
      </w:tr>
      <w:tr w:rsidR="008A47C5" w:rsidRPr="00F251F1" w:rsidTr="002549F4">
        <w:trPr>
          <w:jc w:val="center"/>
        </w:trPr>
        <w:tc>
          <w:tcPr>
            <w:tcW w:w="510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6.</w:t>
            </w:r>
          </w:p>
        </w:tc>
        <w:tc>
          <w:tcPr>
            <w:tcW w:w="4082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Установленные фактические обстоятельства</w:t>
            </w:r>
          </w:p>
        </w:tc>
        <w:tc>
          <w:tcPr>
            <w:tcW w:w="5499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_______________________________________________</w:t>
            </w:r>
          </w:p>
        </w:tc>
      </w:tr>
      <w:tr w:rsidR="008A47C5" w:rsidRPr="00F251F1" w:rsidTr="002549F4">
        <w:trPr>
          <w:jc w:val="center"/>
        </w:trPr>
        <w:tc>
          <w:tcPr>
            <w:tcW w:w="510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7.</w:t>
            </w:r>
          </w:p>
        </w:tc>
        <w:tc>
          <w:tcPr>
            <w:tcW w:w="4082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Выявленные нарушения (с указанием нарушенных норм и доказательств)</w:t>
            </w:r>
          </w:p>
        </w:tc>
        <w:tc>
          <w:tcPr>
            <w:tcW w:w="5499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_______________________________________________</w:t>
            </w:r>
          </w:p>
        </w:tc>
      </w:tr>
      <w:tr w:rsidR="008A47C5" w:rsidRPr="00F251F1" w:rsidTr="002549F4">
        <w:trPr>
          <w:jc w:val="center"/>
        </w:trPr>
        <w:tc>
          <w:tcPr>
            <w:tcW w:w="510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8.</w:t>
            </w:r>
          </w:p>
        </w:tc>
        <w:tc>
          <w:tcPr>
            <w:tcW w:w="4082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Сведения об исполнении / неисполнении ранее выданных предписаний</w:t>
            </w:r>
          </w:p>
        </w:tc>
        <w:tc>
          <w:tcPr>
            <w:tcW w:w="5499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_______________________________________________</w:t>
            </w:r>
          </w:p>
        </w:tc>
      </w:tr>
      <w:tr w:rsidR="008A47C5" w:rsidRPr="00F251F1" w:rsidTr="002549F4">
        <w:trPr>
          <w:jc w:val="center"/>
        </w:trPr>
        <w:tc>
          <w:tcPr>
            <w:tcW w:w="510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9.</w:t>
            </w:r>
          </w:p>
        </w:tc>
        <w:tc>
          <w:tcPr>
            <w:tcW w:w="4082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Выводы по результатам проверки</w:t>
            </w:r>
          </w:p>
        </w:tc>
        <w:tc>
          <w:tcPr>
            <w:tcW w:w="5499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_______________________________________________</w:t>
            </w:r>
          </w:p>
        </w:tc>
      </w:tr>
    </w:tbl>
    <w:p w:rsidR="008A47C5" w:rsidRPr="00F251F1" w:rsidRDefault="008A47C5" w:rsidP="00AF2FC0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ind w:firstLine="709"/>
        <w:rPr>
          <w:szCs w:val="24"/>
          <w:lang w:val="ru-RU"/>
        </w:rPr>
      </w:pPr>
      <w:r w:rsidRPr="00F251F1">
        <w:rPr>
          <w:szCs w:val="24"/>
          <w:lang w:val="ru-RU"/>
        </w:rPr>
        <w:t>Приложения к акту: ________________________________________________.</w:t>
      </w:r>
    </w:p>
    <w:p w:rsidR="00925043" w:rsidRPr="00F251F1" w:rsidRDefault="00925043" w:rsidP="00AF2FC0">
      <w:pPr>
        <w:spacing w:after="0" w:line="240" w:lineRule="auto"/>
        <w:rPr>
          <w:szCs w:val="24"/>
          <w:lang w:val="ru-RU"/>
        </w:rPr>
      </w:pPr>
    </w:p>
    <w:p w:rsidR="001A7B68" w:rsidRPr="00F251F1" w:rsidRDefault="001A7B68" w:rsidP="001A7B68">
      <w:pPr>
        <w:spacing w:after="0" w:line="240" w:lineRule="auto"/>
        <w:ind w:firstLine="709"/>
        <w:jc w:val="both"/>
        <w:rPr>
          <w:szCs w:val="24"/>
          <w:lang w:val="ru-RU"/>
        </w:rPr>
      </w:pPr>
      <w:r w:rsidRPr="00F251F1">
        <w:rPr>
          <w:szCs w:val="24"/>
          <w:lang w:val="ru-RU"/>
        </w:rPr>
        <w:t>Документы, содержащие сведения, составляющие адвокатскую тайну, прилагаются только в случаях и пределах, прямо предусмотренных законом; в иных случаях используются обезличенные копии, выписки, реестры или описания документов.</w:t>
      </w:r>
    </w:p>
    <w:p w:rsidR="001A7B68" w:rsidRPr="00F251F1" w:rsidRDefault="001A7B68" w:rsidP="00AF2FC0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rPr>
          <w:szCs w:val="24"/>
          <w:lang w:val="ru-RU"/>
        </w:rPr>
      </w:pPr>
      <w:r w:rsidRPr="00F251F1">
        <w:rPr>
          <w:szCs w:val="24"/>
          <w:lang w:val="ru-RU"/>
        </w:rPr>
        <w:t>Инспектор(ы): ___________________/__________________</w:t>
      </w:r>
    </w:p>
    <w:p w:rsidR="00925043" w:rsidRPr="00F251F1" w:rsidRDefault="00925043" w:rsidP="00AF2FC0">
      <w:pPr>
        <w:spacing w:after="0" w:line="240" w:lineRule="auto"/>
        <w:rPr>
          <w:szCs w:val="24"/>
          <w:lang w:val="ru-RU"/>
        </w:rPr>
      </w:pPr>
    </w:p>
    <w:p w:rsidR="008A47C5" w:rsidRPr="00F251F1" w:rsidRDefault="00ED7BDA" w:rsidP="00AF2FC0">
      <w:pPr>
        <w:spacing w:after="0" w:line="240" w:lineRule="auto"/>
        <w:rPr>
          <w:szCs w:val="24"/>
          <w:lang w:val="ru-RU"/>
        </w:rPr>
      </w:pPr>
      <w:r w:rsidRPr="00F251F1">
        <w:rPr>
          <w:szCs w:val="24"/>
          <w:lang w:val="ru-RU"/>
        </w:rPr>
        <w:t>Руководитель проверки (</w:t>
      </w:r>
      <w:r w:rsidR="00925043" w:rsidRPr="00F251F1">
        <w:rPr>
          <w:szCs w:val="24"/>
          <w:lang w:val="ru-RU"/>
        </w:rPr>
        <w:t>Уполномоченное лицо</w:t>
      </w:r>
      <w:r w:rsidRPr="00F251F1">
        <w:rPr>
          <w:szCs w:val="24"/>
          <w:lang w:val="ru-RU"/>
        </w:rPr>
        <w:t>)</w:t>
      </w:r>
      <w:r w:rsidR="008A47C5" w:rsidRPr="00F251F1">
        <w:rPr>
          <w:szCs w:val="24"/>
          <w:lang w:val="ru-RU"/>
        </w:rPr>
        <w:t>: ___________________/__________________</w:t>
      </w:r>
    </w:p>
    <w:p w:rsidR="00925043" w:rsidRPr="00F251F1" w:rsidRDefault="00925043" w:rsidP="00AF2FC0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rPr>
          <w:szCs w:val="24"/>
          <w:lang w:val="ru-RU"/>
        </w:rPr>
      </w:pPr>
      <w:r w:rsidRPr="00F251F1">
        <w:rPr>
          <w:szCs w:val="24"/>
          <w:lang w:val="ru-RU"/>
        </w:rPr>
        <w:t>С актом ознакомлен(а): ___________________/__________________</w:t>
      </w:r>
    </w:p>
    <w:p w:rsidR="00A452F1" w:rsidRPr="00F251F1" w:rsidRDefault="00A452F1" w:rsidP="00AF2FC0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rPr>
          <w:szCs w:val="24"/>
          <w:lang w:val="ru-RU"/>
        </w:rPr>
      </w:pPr>
      <w:r w:rsidRPr="00F251F1">
        <w:rPr>
          <w:szCs w:val="24"/>
          <w:lang w:val="ru-RU"/>
        </w:rPr>
        <w:br w:type="page"/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>
        <w:rPr>
          <w:szCs w:val="24"/>
          <w:lang w:val="ru-RU"/>
        </w:rPr>
        <w:lastRenderedPageBreak/>
        <w:t>Приложение № 5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к Положению об организации и осуществлении 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Адвокатской палатой </w:t>
      </w:r>
      <w:r w:rsidR="00202C1C">
        <w:rPr>
          <w:rFonts w:cs="Times New Roman"/>
          <w:bCs/>
          <w:szCs w:val="24"/>
          <w:lang w:val="ru-RU"/>
        </w:rPr>
        <w:t>Курганской области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t>контроля в отношении адвокатов в сфере ПОД/ФТ/ФРОМУ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</w:p>
    <w:p w:rsidR="00AF2FC0" w:rsidRPr="00F251F1" w:rsidRDefault="00AF2FC0" w:rsidP="00A452F1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b/>
          <w:szCs w:val="24"/>
          <w:lang w:val="ru-RU"/>
        </w:rPr>
        <w:t>Форма предписания об устранении выявленных нарушений</w:t>
      </w:r>
    </w:p>
    <w:p w:rsidR="0062755D" w:rsidRPr="00F251F1" w:rsidRDefault="0062755D" w:rsidP="00A452F1">
      <w:pPr>
        <w:spacing w:after="0" w:line="240" w:lineRule="auto"/>
        <w:rPr>
          <w:szCs w:val="24"/>
          <w:lang w:val="ru-RU"/>
        </w:rPr>
      </w:pPr>
    </w:p>
    <w:p w:rsidR="008A47C5" w:rsidRPr="00F251F1" w:rsidRDefault="006916B3" w:rsidP="00AF2FC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Адвокатская палата </w:t>
      </w:r>
      <w:r w:rsidR="00202C1C">
        <w:rPr>
          <w:rFonts w:cs="Times New Roman"/>
          <w:szCs w:val="24"/>
          <w:lang w:val="ru-RU"/>
        </w:rPr>
        <w:t>Курганской области</w:t>
      </w:r>
    </w:p>
    <w:p w:rsidR="0062755D" w:rsidRPr="00F251F1" w:rsidRDefault="0062755D" w:rsidP="00A452F1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b/>
          <w:szCs w:val="24"/>
          <w:lang w:val="ru-RU"/>
        </w:rPr>
        <w:t>ПРЕДПИСАНИЕ</w:t>
      </w:r>
    </w:p>
    <w:p w:rsidR="008A47C5" w:rsidRPr="00F251F1" w:rsidRDefault="008A47C5" w:rsidP="00AF2FC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b/>
          <w:szCs w:val="24"/>
          <w:lang w:val="ru-RU"/>
        </w:rPr>
        <w:t>об устранении выявленных нарушений</w:t>
      </w:r>
    </w:p>
    <w:p w:rsidR="00AF2FC0" w:rsidRPr="00F251F1" w:rsidRDefault="00AF2FC0" w:rsidP="00AF2FC0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jc w:val="center"/>
        <w:rPr>
          <w:szCs w:val="24"/>
          <w:lang w:val="ru-RU"/>
        </w:rPr>
      </w:pPr>
      <w:r w:rsidRPr="00F251F1">
        <w:rPr>
          <w:szCs w:val="24"/>
          <w:lang w:val="ru-RU"/>
        </w:rPr>
        <w:t>№ ________</w:t>
      </w:r>
      <w:r w:rsidR="00A452F1" w:rsidRPr="00F251F1">
        <w:rPr>
          <w:szCs w:val="24"/>
          <w:lang w:val="ru-RU"/>
        </w:rPr>
        <w:tab/>
      </w:r>
      <w:r w:rsidR="00A452F1" w:rsidRPr="00F251F1">
        <w:rPr>
          <w:szCs w:val="24"/>
          <w:lang w:val="ru-RU"/>
        </w:rPr>
        <w:tab/>
      </w:r>
      <w:r w:rsidR="00A452F1" w:rsidRPr="00F251F1">
        <w:rPr>
          <w:szCs w:val="24"/>
          <w:lang w:val="ru-RU"/>
        </w:rPr>
        <w:tab/>
      </w:r>
      <w:r w:rsidR="00A452F1" w:rsidRPr="00F251F1">
        <w:rPr>
          <w:szCs w:val="24"/>
          <w:lang w:val="ru-RU"/>
        </w:rPr>
        <w:tab/>
      </w:r>
      <w:r w:rsidR="00A452F1" w:rsidRPr="00F251F1">
        <w:rPr>
          <w:szCs w:val="24"/>
          <w:lang w:val="ru-RU"/>
        </w:rPr>
        <w:tab/>
      </w:r>
      <w:r w:rsidR="00A452F1" w:rsidRPr="00F251F1">
        <w:rPr>
          <w:szCs w:val="24"/>
          <w:lang w:val="ru-RU"/>
        </w:rPr>
        <w:tab/>
      </w:r>
      <w:r w:rsidR="00A452F1" w:rsidRPr="00F251F1">
        <w:rPr>
          <w:szCs w:val="24"/>
          <w:lang w:val="ru-RU"/>
        </w:rPr>
        <w:tab/>
      </w:r>
      <w:r w:rsidR="00A452F1" w:rsidRPr="00F251F1">
        <w:rPr>
          <w:szCs w:val="24"/>
          <w:lang w:val="ru-RU"/>
        </w:rPr>
        <w:tab/>
      </w:r>
      <w:r w:rsidRPr="00F251F1">
        <w:rPr>
          <w:szCs w:val="24"/>
          <w:lang w:val="ru-RU"/>
        </w:rPr>
        <w:t>«___» __________ 20___ г.</w:t>
      </w:r>
    </w:p>
    <w:p w:rsidR="00AF2FC0" w:rsidRPr="00F251F1" w:rsidRDefault="00AF2FC0" w:rsidP="00A452F1">
      <w:pPr>
        <w:spacing w:after="0" w:line="240" w:lineRule="auto"/>
        <w:jc w:val="both"/>
        <w:rPr>
          <w:szCs w:val="24"/>
          <w:lang w:val="ru-RU"/>
        </w:rPr>
      </w:pPr>
    </w:p>
    <w:p w:rsidR="008A47C5" w:rsidRPr="00F251F1" w:rsidRDefault="008A47C5" w:rsidP="00042060">
      <w:pPr>
        <w:spacing w:after="0" w:line="240" w:lineRule="auto"/>
        <w:ind w:firstLine="709"/>
        <w:jc w:val="both"/>
        <w:rPr>
          <w:szCs w:val="24"/>
          <w:lang w:val="ru-RU"/>
        </w:rPr>
      </w:pPr>
      <w:r w:rsidRPr="00F251F1">
        <w:rPr>
          <w:szCs w:val="24"/>
          <w:lang w:val="ru-RU"/>
        </w:rPr>
        <w:t>На основании акта проверки от «___» __________ 20___ г. № ________ в отношении адвоката ________________________________________, регистрационный номер в ЕГРА ____________________, Палата предписывает устранить следующие нарушения:</w:t>
      </w:r>
    </w:p>
    <w:p w:rsidR="00AF2FC0" w:rsidRPr="00F251F1" w:rsidRDefault="00AF2FC0" w:rsidP="00A452F1">
      <w:pPr>
        <w:spacing w:after="0" w:line="240" w:lineRule="auto"/>
        <w:rPr>
          <w:szCs w:val="24"/>
          <w:lang w:val="ru-RU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73"/>
        <w:gridCol w:w="2395"/>
        <w:gridCol w:w="2196"/>
        <w:gridCol w:w="2644"/>
        <w:gridCol w:w="2196"/>
      </w:tblGrid>
      <w:tr w:rsidR="008A47C5" w:rsidRPr="00F251F1" w:rsidTr="00AF2FC0">
        <w:trPr>
          <w:jc w:val="center"/>
        </w:trPr>
        <w:tc>
          <w:tcPr>
            <w:tcW w:w="510" w:type="dxa"/>
            <w:vAlign w:val="center"/>
          </w:tcPr>
          <w:p w:rsidR="008A47C5" w:rsidRPr="00F251F1" w:rsidRDefault="008A47C5" w:rsidP="00AF2FC0">
            <w:pPr>
              <w:jc w:val="center"/>
              <w:rPr>
                <w:szCs w:val="24"/>
                <w:lang w:val="ru-RU"/>
              </w:rPr>
            </w:pPr>
            <w:r w:rsidRPr="00F251F1">
              <w:rPr>
                <w:b/>
                <w:szCs w:val="24"/>
                <w:lang w:val="ru-RU"/>
              </w:rPr>
              <w:t>№</w:t>
            </w:r>
          </w:p>
        </w:tc>
        <w:tc>
          <w:tcPr>
            <w:tcW w:w="2721" w:type="dxa"/>
            <w:vAlign w:val="center"/>
          </w:tcPr>
          <w:p w:rsidR="008A47C5" w:rsidRPr="00F251F1" w:rsidRDefault="008A47C5" w:rsidP="00AF2FC0">
            <w:pPr>
              <w:jc w:val="center"/>
              <w:rPr>
                <w:szCs w:val="24"/>
                <w:lang w:val="ru-RU"/>
              </w:rPr>
            </w:pPr>
            <w:r w:rsidRPr="00F251F1">
              <w:rPr>
                <w:b/>
                <w:szCs w:val="24"/>
                <w:lang w:val="ru-RU"/>
              </w:rPr>
              <w:t>Выявленное нарушение</w:t>
            </w:r>
          </w:p>
        </w:tc>
        <w:tc>
          <w:tcPr>
            <w:tcW w:w="1814" w:type="dxa"/>
            <w:vAlign w:val="center"/>
          </w:tcPr>
          <w:p w:rsidR="008A47C5" w:rsidRPr="00F251F1" w:rsidRDefault="008A47C5" w:rsidP="00AF2FC0">
            <w:pPr>
              <w:jc w:val="center"/>
              <w:rPr>
                <w:szCs w:val="24"/>
                <w:lang w:val="ru-RU"/>
              </w:rPr>
            </w:pPr>
            <w:r w:rsidRPr="00F251F1">
              <w:rPr>
                <w:b/>
                <w:szCs w:val="24"/>
                <w:lang w:val="ru-RU"/>
              </w:rPr>
              <w:t>Нарушенная норма</w:t>
            </w:r>
          </w:p>
        </w:tc>
        <w:tc>
          <w:tcPr>
            <w:tcW w:w="3118" w:type="dxa"/>
            <w:vAlign w:val="center"/>
          </w:tcPr>
          <w:p w:rsidR="008A47C5" w:rsidRPr="00F251F1" w:rsidRDefault="008A47C5" w:rsidP="00AF2FC0">
            <w:pPr>
              <w:jc w:val="center"/>
              <w:rPr>
                <w:szCs w:val="24"/>
                <w:lang w:val="ru-RU"/>
              </w:rPr>
            </w:pPr>
            <w:r w:rsidRPr="00F251F1">
              <w:rPr>
                <w:b/>
                <w:szCs w:val="24"/>
                <w:lang w:val="ru-RU"/>
              </w:rPr>
              <w:t>Что необходимо сделать</w:t>
            </w:r>
          </w:p>
        </w:tc>
        <w:tc>
          <w:tcPr>
            <w:tcW w:w="1701" w:type="dxa"/>
            <w:vAlign w:val="center"/>
          </w:tcPr>
          <w:p w:rsidR="008A47C5" w:rsidRPr="00F251F1" w:rsidRDefault="008A47C5" w:rsidP="00AF2FC0">
            <w:pPr>
              <w:jc w:val="center"/>
              <w:rPr>
                <w:szCs w:val="24"/>
                <w:lang w:val="ru-RU"/>
              </w:rPr>
            </w:pPr>
            <w:r w:rsidRPr="00F251F1">
              <w:rPr>
                <w:b/>
                <w:szCs w:val="24"/>
                <w:lang w:val="ru-RU"/>
              </w:rPr>
              <w:t>Срок исполнения</w:t>
            </w:r>
          </w:p>
        </w:tc>
      </w:tr>
      <w:tr w:rsidR="008A47C5" w:rsidRPr="00F251F1" w:rsidTr="002549F4">
        <w:trPr>
          <w:jc w:val="center"/>
        </w:trPr>
        <w:tc>
          <w:tcPr>
            <w:tcW w:w="510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1.</w:t>
            </w:r>
          </w:p>
        </w:tc>
        <w:tc>
          <w:tcPr>
            <w:tcW w:w="2721" w:type="dxa"/>
            <w:vAlign w:val="center"/>
          </w:tcPr>
          <w:p w:rsidR="008A47C5" w:rsidRPr="00F251F1" w:rsidRDefault="00334AED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_________________</w:t>
            </w:r>
          </w:p>
        </w:tc>
        <w:tc>
          <w:tcPr>
            <w:tcW w:w="1814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__________________</w:t>
            </w:r>
          </w:p>
        </w:tc>
        <w:tc>
          <w:tcPr>
            <w:tcW w:w="3118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__________________</w:t>
            </w:r>
          </w:p>
        </w:tc>
        <w:tc>
          <w:tcPr>
            <w:tcW w:w="170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__________________</w:t>
            </w:r>
          </w:p>
        </w:tc>
      </w:tr>
      <w:tr w:rsidR="008A47C5" w:rsidRPr="00F251F1" w:rsidTr="002549F4">
        <w:trPr>
          <w:jc w:val="center"/>
        </w:trPr>
        <w:tc>
          <w:tcPr>
            <w:tcW w:w="510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2.</w:t>
            </w:r>
          </w:p>
        </w:tc>
        <w:tc>
          <w:tcPr>
            <w:tcW w:w="2721" w:type="dxa"/>
            <w:vAlign w:val="center"/>
          </w:tcPr>
          <w:p w:rsidR="008A47C5" w:rsidRPr="00F251F1" w:rsidRDefault="00334AED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_________________</w:t>
            </w:r>
          </w:p>
        </w:tc>
        <w:tc>
          <w:tcPr>
            <w:tcW w:w="1814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__________________</w:t>
            </w:r>
          </w:p>
        </w:tc>
        <w:tc>
          <w:tcPr>
            <w:tcW w:w="3118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__________________</w:t>
            </w:r>
          </w:p>
        </w:tc>
        <w:tc>
          <w:tcPr>
            <w:tcW w:w="170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__________________</w:t>
            </w:r>
          </w:p>
        </w:tc>
      </w:tr>
      <w:tr w:rsidR="008A47C5" w:rsidRPr="00F251F1" w:rsidTr="002549F4">
        <w:trPr>
          <w:jc w:val="center"/>
        </w:trPr>
        <w:tc>
          <w:tcPr>
            <w:tcW w:w="510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3.</w:t>
            </w:r>
          </w:p>
        </w:tc>
        <w:tc>
          <w:tcPr>
            <w:tcW w:w="2721" w:type="dxa"/>
            <w:vAlign w:val="center"/>
          </w:tcPr>
          <w:p w:rsidR="008A47C5" w:rsidRPr="00F251F1" w:rsidRDefault="00334AED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_________________</w:t>
            </w:r>
          </w:p>
        </w:tc>
        <w:tc>
          <w:tcPr>
            <w:tcW w:w="1814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__________________</w:t>
            </w:r>
          </w:p>
        </w:tc>
        <w:tc>
          <w:tcPr>
            <w:tcW w:w="3118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__________________</w:t>
            </w:r>
          </w:p>
        </w:tc>
        <w:tc>
          <w:tcPr>
            <w:tcW w:w="170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  <w:r w:rsidRPr="00F251F1">
              <w:rPr>
                <w:szCs w:val="24"/>
                <w:lang w:val="ru-RU"/>
              </w:rPr>
              <w:t>__________________</w:t>
            </w:r>
          </w:p>
        </w:tc>
      </w:tr>
    </w:tbl>
    <w:p w:rsidR="008A47C5" w:rsidRPr="00F251F1" w:rsidRDefault="008A47C5" w:rsidP="00AF2FC0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042060">
      <w:pPr>
        <w:spacing w:after="0" w:line="240" w:lineRule="auto"/>
        <w:ind w:firstLine="709"/>
        <w:jc w:val="both"/>
        <w:rPr>
          <w:szCs w:val="24"/>
          <w:lang w:val="ru-RU"/>
        </w:rPr>
      </w:pPr>
      <w:r w:rsidRPr="00F251F1">
        <w:rPr>
          <w:szCs w:val="24"/>
          <w:lang w:val="ru-RU"/>
        </w:rPr>
        <w:t>Подтверждение устранения нарушений представляется в Палату с приложением подтверждающих документов не позднее истечения указанного срока.</w:t>
      </w:r>
    </w:p>
    <w:p w:rsidR="0062755D" w:rsidRPr="00F251F1" w:rsidRDefault="0062755D" w:rsidP="00A452F1">
      <w:pPr>
        <w:spacing w:after="0" w:line="240" w:lineRule="auto"/>
        <w:jc w:val="both"/>
        <w:rPr>
          <w:szCs w:val="24"/>
          <w:lang w:val="ru-RU"/>
        </w:rPr>
      </w:pPr>
    </w:p>
    <w:p w:rsidR="008A47C5" w:rsidRPr="00F251F1" w:rsidRDefault="008A47C5" w:rsidP="00042060">
      <w:pPr>
        <w:spacing w:after="0" w:line="240" w:lineRule="auto"/>
        <w:ind w:firstLine="709"/>
        <w:jc w:val="both"/>
        <w:rPr>
          <w:szCs w:val="24"/>
          <w:lang w:val="ru-RU"/>
        </w:rPr>
      </w:pPr>
      <w:r w:rsidRPr="00F251F1">
        <w:rPr>
          <w:szCs w:val="24"/>
          <w:lang w:val="ru-RU"/>
        </w:rPr>
        <w:t>Неисполнение либо ненадлежащее исполнение настоящего предписания может повлечь проведение повторной проверки и постановку вопроса о дисциплинарной ответственности.</w:t>
      </w:r>
    </w:p>
    <w:p w:rsidR="00AF2FC0" w:rsidRPr="00F251F1" w:rsidRDefault="00AF2FC0" w:rsidP="00042060">
      <w:pPr>
        <w:spacing w:after="0" w:line="240" w:lineRule="auto"/>
        <w:jc w:val="both"/>
        <w:rPr>
          <w:szCs w:val="24"/>
          <w:lang w:val="ru-RU"/>
        </w:rPr>
      </w:pPr>
    </w:p>
    <w:p w:rsidR="0062755D" w:rsidRPr="00F251F1" w:rsidRDefault="0062755D" w:rsidP="00AF2FC0">
      <w:pPr>
        <w:spacing w:after="0" w:line="240" w:lineRule="auto"/>
        <w:rPr>
          <w:szCs w:val="24"/>
          <w:lang w:val="ru-RU"/>
        </w:rPr>
      </w:pPr>
    </w:p>
    <w:p w:rsidR="008A47C5" w:rsidRPr="00F251F1" w:rsidRDefault="006916B3" w:rsidP="00AF2FC0">
      <w:pPr>
        <w:spacing w:after="0" w:line="240" w:lineRule="auto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Президент </w:t>
      </w:r>
      <w:r w:rsidR="00202C1C">
        <w:rPr>
          <w:szCs w:val="24"/>
          <w:lang w:val="ru-RU"/>
        </w:rPr>
        <w:t>АПКО</w:t>
      </w:r>
      <w:r w:rsidRPr="00F251F1">
        <w:rPr>
          <w:szCs w:val="24"/>
          <w:lang w:val="ru-RU"/>
        </w:rPr>
        <w:t xml:space="preserve"> ___________/____________</w:t>
      </w:r>
    </w:p>
    <w:p w:rsidR="00AF2FC0" w:rsidRPr="00F251F1" w:rsidRDefault="00AF2FC0" w:rsidP="00AF2FC0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rPr>
          <w:szCs w:val="24"/>
          <w:lang w:val="ru-RU"/>
        </w:rPr>
      </w:pPr>
      <w:r w:rsidRPr="00F251F1">
        <w:rPr>
          <w:szCs w:val="24"/>
          <w:lang w:val="ru-RU"/>
        </w:rPr>
        <w:t>Предписание получи</w:t>
      </w:r>
      <w:proofErr w:type="gramStart"/>
      <w:r w:rsidRPr="00F251F1">
        <w:rPr>
          <w:szCs w:val="24"/>
          <w:lang w:val="ru-RU"/>
        </w:rPr>
        <w:t>л(</w:t>
      </w:r>
      <w:proofErr w:type="gramEnd"/>
      <w:r w:rsidRPr="00F251F1">
        <w:rPr>
          <w:szCs w:val="24"/>
          <w:lang w:val="ru-RU"/>
        </w:rPr>
        <w:t>а): _________________/__________________  «___» _________ 20___ г.</w:t>
      </w:r>
    </w:p>
    <w:p w:rsidR="00A452F1" w:rsidRPr="00F251F1" w:rsidRDefault="00A452F1" w:rsidP="00AF2FC0">
      <w:pPr>
        <w:spacing w:after="0" w:line="240" w:lineRule="auto"/>
        <w:rPr>
          <w:szCs w:val="24"/>
          <w:lang w:val="ru-RU"/>
        </w:rPr>
      </w:pPr>
    </w:p>
    <w:p w:rsidR="00A452F1" w:rsidRPr="00F251F1" w:rsidRDefault="00A452F1" w:rsidP="00AF2FC0">
      <w:pPr>
        <w:spacing w:after="0" w:line="240" w:lineRule="auto"/>
        <w:rPr>
          <w:szCs w:val="24"/>
          <w:lang w:val="ru-RU"/>
        </w:rPr>
      </w:pPr>
    </w:p>
    <w:p w:rsidR="008A47C5" w:rsidRPr="00F251F1" w:rsidRDefault="008A47C5" w:rsidP="00AF2FC0">
      <w:pPr>
        <w:spacing w:after="0" w:line="240" w:lineRule="auto"/>
        <w:rPr>
          <w:lang w:val="ru-RU"/>
        </w:rPr>
        <w:sectPr w:rsidR="008A47C5" w:rsidRPr="00F251F1" w:rsidSect="002549F4">
          <w:headerReference w:type="default" r:id="rId9"/>
          <w:pgSz w:w="12240" w:h="15840"/>
          <w:pgMar w:top="1134" w:right="851" w:bottom="1134" w:left="1701" w:header="720" w:footer="720" w:gutter="0"/>
          <w:cols w:space="720"/>
          <w:titlePg/>
          <w:docGrid w:linePitch="360"/>
        </w:sectPr>
      </w:pP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>
        <w:rPr>
          <w:szCs w:val="24"/>
          <w:lang w:val="ru-RU"/>
        </w:rPr>
        <w:lastRenderedPageBreak/>
        <w:t>Приложение № 6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к Положению об организации и осуществлении 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Адвокатской палатой </w:t>
      </w:r>
      <w:r w:rsidR="00202C1C">
        <w:rPr>
          <w:rFonts w:cs="Times New Roman"/>
          <w:bCs/>
          <w:szCs w:val="24"/>
          <w:lang w:val="ru-RU"/>
        </w:rPr>
        <w:t>Курганской области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t>контроля в отношении адвокатов в сфере ПОД/ФТ/ФРОМУ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</w:p>
    <w:p w:rsidR="00AF2FC0" w:rsidRPr="00F251F1" w:rsidRDefault="00AF2FC0" w:rsidP="00A452F1">
      <w:pPr>
        <w:spacing w:after="0" w:line="240" w:lineRule="auto"/>
        <w:rPr>
          <w:lang w:val="ru-RU"/>
        </w:rPr>
      </w:pPr>
    </w:p>
    <w:p w:rsidR="008A47C5" w:rsidRPr="00F251F1" w:rsidRDefault="008A47C5" w:rsidP="00AF2FC0">
      <w:pPr>
        <w:spacing w:after="0" w:line="240" w:lineRule="auto"/>
        <w:jc w:val="center"/>
        <w:rPr>
          <w:b/>
          <w:lang w:val="ru-RU"/>
        </w:rPr>
      </w:pPr>
      <w:r w:rsidRPr="00F251F1">
        <w:rPr>
          <w:b/>
          <w:lang w:val="ru-RU"/>
        </w:rPr>
        <w:t>Чек-лист проверки соблюдения адвокатом требований в сфере ПОД/ФТ/ФРОМУ</w:t>
      </w:r>
    </w:p>
    <w:p w:rsidR="00AF2FC0" w:rsidRPr="00F251F1" w:rsidRDefault="00AF2FC0" w:rsidP="00A452F1">
      <w:pPr>
        <w:spacing w:after="0" w:line="240" w:lineRule="auto"/>
        <w:rPr>
          <w:lang w:val="ru-RU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29"/>
        <w:gridCol w:w="4074"/>
        <w:gridCol w:w="1701"/>
        <w:gridCol w:w="1417"/>
        <w:gridCol w:w="2398"/>
      </w:tblGrid>
      <w:tr w:rsidR="008A47C5" w:rsidRPr="00F251F1" w:rsidTr="00334AED">
        <w:trPr>
          <w:jc w:val="center"/>
        </w:trPr>
        <w:tc>
          <w:tcPr>
            <w:tcW w:w="429" w:type="dxa"/>
            <w:vAlign w:val="center"/>
          </w:tcPr>
          <w:p w:rsidR="008A47C5" w:rsidRPr="00F251F1" w:rsidRDefault="008A47C5" w:rsidP="00AF2FC0">
            <w:pPr>
              <w:jc w:val="center"/>
              <w:rPr>
                <w:sz w:val="20"/>
                <w:szCs w:val="20"/>
                <w:lang w:val="ru-RU"/>
              </w:rPr>
            </w:pPr>
            <w:r w:rsidRPr="00F251F1">
              <w:rPr>
                <w:b/>
                <w:sz w:val="20"/>
                <w:szCs w:val="20"/>
                <w:lang w:val="ru-RU"/>
              </w:rPr>
              <w:t>№</w:t>
            </w:r>
          </w:p>
        </w:tc>
        <w:tc>
          <w:tcPr>
            <w:tcW w:w="4074" w:type="dxa"/>
            <w:vAlign w:val="center"/>
          </w:tcPr>
          <w:p w:rsidR="008A47C5" w:rsidRPr="00F251F1" w:rsidRDefault="008A47C5" w:rsidP="00AF2FC0">
            <w:pPr>
              <w:jc w:val="center"/>
              <w:rPr>
                <w:sz w:val="20"/>
                <w:szCs w:val="20"/>
                <w:lang w:val="ru-RU"/>
              </w:rPr>
            </w:pPr>
            <w:r w:rsidRPr="00F251F1">
              <w:rPr>
                <w:b/>
                <w:sz w:val="20"/>
                <w:szCs w:val="20"/>
                <w:lang w:val="ru-RU"/>
              </w:rPr>
              <w:t>Проверяемый вопрос</w:t>
            </w:r>
          </w:p>
        </w:tc>
        <w:tc>
          <w:tcPr>
            <w:tcW w:w="1701" w:type="dxa"/>
            <w:vAlign w:val="center"/>
          </w:tcPr>
          <w:p w:rsidR="00886AEF" w:rsidRPr="00F251F1" w:rsidRDefault="00886AEF" w:rsidP="00AF2FC0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F251F1">
              <w:rPr>
                <w:b/>
                <w:sz w:val="20"/>
                <w:szCs w:val="20"/>
                <w:lang w:val="ru-RU"/>
              </w:rPr>
              <w:t>Да / Нет /</w:t>
            </w:r>
          </w:p>
          <w:p w:rsidR="008A47C5" w:rsidRPr="00F251F1" w:rsidRDefault="00886AEF" w:rsidP="00AF2FC0">
            <w:pPr>
              <w:jc w:val="center"/>
              <w:rPr>
                <w:sz w:val="20"/>
                <w:szCs w:val="20"/>
                <w:lang w:val="ru-RU"/>
              </w:rPr>
            </w:pPr>
            <w:r w:rsidRPr="00F251F1">
              <w:rPr>
                <w:b/>
                <w:sz w:val="20"/>
                <w:szCs w:val="20"/>
                <w:lang w:val="ru-RU"/>
              </w:rPr>
              <w:t>Не применимо</w:t>
            </w:r>
          </w:p>
        </w:tc>
        <w:tc>
          <w:tcPr>
            <w:tcW w:w="1417" w:type="dxa"/>
            <w:vAlign w:val="center"/>
          </w:tcPr>
          <w:p w:rsidR="008A47C5" w:rsidRPr="00F251F1" w:rsidRDefault="008A47C5" w:rsidP="00AF2FC0">
            <w:pPr>
              <w:jc w:val="center"/>
              <w:rPr>
                <w:sz w:val="20"/>
                <w:szCs w:val="20"/>
                <w:lang w:val="ru-RU"/>
              </w:rPr>
            </w:pPr>
            <w:r w:rsidRPr="00F251F1">
              <w:rPr>
                <w:b/>
                <w:sz w:val="20"/>
                <w:szCs w:val="20"/>
                <w:lang w:val="ru-RU"/>
              </w:rPr>
              <w:t>Документ / источник</w:t>
            </w:r>
          </w:p>
        </w:tc>
        <w:tc>
          <w:tcPr>
            <w:tcW w:w="2398" w:type="dxa"/>
            <w:vAlign w:val="center"/>
          </w:tcPr>
          <w:p w:rsidR="008A47C5" w:rsidRPr="00F251F1" w:rsidRDefault="008A47C5" w:rsidP="00AF2FC0">
            <w:pPr>
              <w:jc w:val="center"/>
              <w:rPr>
                <w:sz w:val="20"/>
                <w:szCs w:val="20"/>
                <w:lang w:val="ru-RU"/>
              </w:rPr>
            </w:pPr>
            <w:r w:rsidRPr="00F251F1">
              <w:rPr>
                <w:b/>
                <w:sz w:val="20"/>
                <w:szCs w:val="20"/>
                <w:lang w:val="ru-RU"/>
              </w:rPr>
              <w:t>Примечание инспектора</w:t>
            </w:r>
          </w:p>
        </w:tc>
      </w:tr>
      <w:tr w:rsidR="008A47C5" w:rsidRPr="00F251F1" w:rsidTr="00334AED">
        <w:trPr>
          <w:jc w:val="center"/>
        </w:trPr>
        <w:tc>
          <w:tcPr>
            <w:tcW w:w="429" w:type="dxa"/>
            <w:vAlign w:val="center"/>
          </w:tcPr>
          <w:p w:rsidR="008A47C5" w:rsidRPr="00F251F1" w:rsidRDefault="008A47C5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4074" w:type="dxa"/>
            <w:vAlign w:val="center"/>
          </w:tcPr>
          <w:p w:rsidR="008A47C5" w:rsidRPr="00F251F1" w:rsidRDefault="008A47C5" w:rsidP="00A452F1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Наличие сведений о том, что адвокат осуществляет либо имеет признаки осуществления деятельности, подпадающей под ст</w:t>
            </w:r>
            <w:r w:rsidR="00A452F1" w:rsidRPr="00F251F1">
              <w:rPr>
                <w:sz w:val="20"/>
                <w:szCs w:val="20"/>
                <w:lang w:val="ru-RU"/>
              </w:rPr>
              <w:t>атью</w:t>
            </w:r>
            <w:r w:rsidRPr="00F251F1">
              <w:rPr>
                <w:sz w:val="20"/>
                <w:szCs w:val="20"/>
                <w:lang w:val="ru-RU"/>
              </w:rPr>
              <w:t xml:space="preserve"> 7.1 Федерального закона № 115-ФЗ</w:t>
            </w:r>
          </w:p>
        </w:tc>
        <w:tc>
          <w:tcPr>
            <w:tcW w:w="170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2398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</w:tr>
      <w:tr w:rsidR="00F42C9F" w:rsidRPr="00F251F1" w:rsidTr="00334AED">
        <w:trPr>
          <w:jc w:val="center"/>
        </w:trPr>
        <w:tc>
          <w:tcPr>
            <w:tcW w:w="429" w:type="dxa"/>
            <w:vAlign w:val="center"/>
          </w:tcPr>
          <w:p w:rsidR="00F42C9F" w:rsidRPr="00F251F1" w:rsidRDefault="000F3F14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4074" w:type="dxa"/>
            <w:vAlign w:val="center"/>
          </w:tcPr>
          <w:p w:rsidR="00F42C9F" w:rsidRPr="00F251F1" w:rsidRDefault="00F42C9F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Наличие за проверяемый период поручений, подпадающих под статью 7.1 Федерального закона № 115-ФЗ</w:t>
            </w:r>
          </w:p>
        </w:tc>
        <w:tc>
          <w:tcPr>
            <w:tcW w:w="1701" w:type="dxa"/>
            <w:vAlign w:val="center"/>
          </w:tcPr>
          <w:p w:rsidR="00F42C9F" w:rsidRPr="00F251F1" w:rsidRDefault="00F42C9F" w:rsidP="00AF2FC0">
            <w:pPr>
              <w:rPr>
                <w:szCs w:val="24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42C9F" w:rsidRPr="00F251F1" w:rsidRDefault="00F42C9F" w:rsidP="00AF2FC0">
            <w:pPr>
              <w:rPr>
                <w:szCs w:val="24"/>
                <w:lang w:val="ru-RU"/>
              </w:rPr>
            </w:pPr>
          </w:p>
        </w:tc>
        <w:tc>
          <w:tcPr>
            <w:tcW w:w="2398" w:type="dxa"/>
            <w:vAlign w:val="center"/>
          </w:tcPr>
          <w:p w:rsidR="00F42C9F" w:rsidRPr="00F251F1" w:rsidRDefault="00F42C9F" w:rsidP="00AF2FC0">
            <w:pPr>
              <w:rPr>
                <w:szCs w:val="24"/>
                <w:lang w:val="ru-RU"/>
              </w:rPr>
            </w:pPr>
          </w:p>
        </w:tc>
      </w:tr>
      <w:tr w:rsidR="00F42C9F" w:rsidRPr="002C5992" w:rsidTr="00334AED">
        <w:trPr>
          <w:jc w:val="center"/>
        </w:trPr>
        <w:tc>
          <w:tcPr>
            <w:tcW w:w="429" w:type="dxa"/>
            <w:vAlign w:val="center"/>
          </w:tcPr>
          <w:p w:rsidR="00F42C9F" w:rsidRPr="00F251F1" w:rsidRDefault="000F3F14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4074" w:type="dxa"/>
            <w:vAlign w:val="center"/>
          </w:tcPr>
          <w:p w:rsidR="00F42C9F" w:rsidRPr="00F251F1" w:rsidRDefault="00F42C9F" w:rsidP="002D2E74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 xml:space="preserve">Проверялись ли иностранный элемент, страновой риск, структура владения, участие представителей, посредников, </w:t>
            </w:r>
            <w:r w:rsidR="00334AED" w:rsidRPr="00F251F1">
              <w:rPr>
                <w:sz w:val="20"/>
                <w:szCs w:val="20"/>
                <w:lang w:val="ru-RU"/>
              </w:rPr>
              <w:t>п</w:t>
            </w:r>
            <w:r w:rsidR="002D2E74" w:rsidRPr="00F251F1">
              <w:rPr>
                <w:sz w:val="20"/>
                <w:szCs w:val="20"/>
                <w:lang w:val="ru-RU"/>
              </w:rPr>
              <w:t>убличное должностное лицо (</w:t>
            </w:r>
            <w:r w:rsidRPr="00F251F1">
              <w:rPr>
                <w:sz w:val="20"/>
                <w:szCs w:val="20"/>
                <w:lang w:val="ru-RU"/>
              </w:rPr>
              <w:t>ПДЛ</w:t>
            </w:r>
            <w:r w:rsidR="002D2E74" w:rsidRPr="00F251F1">
              <w:rPr>
                <w:sz w:val="20"/>
                <w:szCs w:val="20"/>
                <w:lang w:val="ru-RU"/>
              </w:rPr>
              <w:t>)</w:t>
            </w:r>
            <w:r w:rsidRPr="00F251F1">
              <w:rPr>
                <w:sz w:val="20"/>
                <w:szCs w:val="20"/>
                <w:lang w:val="ru-RU"/>
              </w:rPr>
              <w:t xml:space="preserve"> и цифровы</w:t>
            </w:r>
            <w:r w:rsidR="00C97004" w:rsidRPr="00F251F1">
              <w:rPr>
                <w:sz w:val="20"/>
                <w:szCs w:val="20"/>
                <w:lang w:val="ru-RU"/>
              </w:rPr>
              <w:t>е</w:t>
            </w:r>
            <w:r w:rsidRPr="00F251F1">
              <w:rPr>
                <w:sz w:val="20"/>
                <w:szCs w:val="20"/>
                <w:lang w:val="ru-RU"/>
              </w:rPr>
              <w:t xml:space="preserve"> актив</w:t>
            </w:r>
            <w:r w:rsidR="00C97004" w:rsidRPr="00F251F1">
              <w:rPr>
                <w:sz w:val="20"/>
                <w:szCs w:val="20"/>
                <w:lang w:val="ru-RU"/>
              </w:rPr>
              <w:t>ы</w:t>
            </w:r>
            <w:r w:rsidRPr="00F251F1">
              <w:rPr>
                <w:sz w:val="20"/>
                <w:szCs w:val="20"/>
                <w:lang w:val="ru-RU"/>
              </w:rPr>
              <w:t xml:space="preserve"> при наличии таких факторов?</w:t>
            </w:r>
          </w:p>
        </w:tc>
        <w:tc>
          <w:tcPr>
            <w:tcW w:w="1701" w:type="dxa"/>
            <w:vAlign w:val="center"/>
          </w:tcPr>
          <w:p w:rsidR="00F42C9F" w:rsidRPr="00F251F1" w:rsidRDefault="00F42C9F" w:rsidP="00AF2FC0">
            <w:pPr>
              <w:rPr>
                <w:szCs w:val="24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42C9F" w:rsidRPr="00F251F1" w:rsidRDefault="00F42C9F" w:rsidP="00AF2FC0">
            <w:pPr>
              <w:rPr>
                <w:szCs w:val="24"/>
                <w:lang w:val="ru-RU"/>
              </w:rPr>
            </w:pPr>
          </w:p>
        </w:tc>
        <w:tc>
          <w:tcPr>
            <w:tcW w:w="2398" w:type="dxa"/>
            <w:vAlign w:val="center"/>
          </w:tcPr>
          <w:p w:rsidR="00F42C9F" w:rsidRPr="00F251F1" w:rsidRDefault="00F42C9F" w:rsidP="00AF2FC0">
            <w:pPr>
              <w:rPr>
                <w:szCs w:val="24"/>
                <w:lang w:val="ru-RU"/>
              </w:rPr>
            </w:pPr>
          </w:p>
        </w:tc>
      </w:tr>
      <w:tr w:rsidR="008A47C5" w:rsidRPr="002C5992" w:rsidTr="00334AED">
        <w:trPr>
          <w:jc w:val="center"/>
        </w:trPr>
        <w:tc>
          <w:tcPr>
            <w:tcW w:w="429" w:type="dxa"/>
            <w:vAlign w:val="center"/>
          </w:tcPr>
          <w:p w:rsidR="008A47C5" w:rsidRPr="00F251F1" w:rsidRDefault="000F3F14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4074" w:type="dxa"/>
            <w:vAlign w:val="center"/>
          </w:tcPr>
          <w:p w:rsidR="008A47C5" w:rsidRPr="00F251F1" w:rsidRDefault="008A47C5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Использование личного кабинета на официальном сайте Росфинмониторинга и ознакомление с обязательной информацией</w:t>
            </w:r>
          </w:p>
        </w:tc>
        <w:tc>
          <w:tcPr>
            <w:tcW w:w="170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2398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</w:tr>
      <w:tr w:rsidR="008A47C5" w:rsidRPr="00F251F1" w:rsidTr="00334AED">
        <w:trPr>
          <w:jc w:val="center"/>
        </w:trPr>
        <w:tc>
          <w:tcPr>
            <w:tcW w:w="429" w:type="dxa"/>
            <w:vAlign w:val="center"/>
          </w:tcPr>
          <w:p w:rsidR="008A47C5" w:rsidRPr="00F251F1" w:rsidRDefault="000F3F14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4074" w:type="dxa"/>
            <w:vAlign w:val="center"/>
          </w:tcPr>
          <w:p w:rsidR="008A47C5" w:rsidRPr="00F251F1" w:rsidRDefault="008A47C5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Наличие и актуальность ПВК</w:t>
            </w:r>
          </w:p>
        </w:tc>
        <w:tc>
          <w:tcPr>
            <w:tcW w:w="170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2398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</w:tr>
      <w:tr w:rsidR="008A47C5" w:rsidRPr="002C5992" w:rsidTr="00334AED">
        <w:trPr>
          <w:jc w:val="center"/>
        </w:trPr>
        <w:tc>
          <w:tcPr>
            <w:tcW w:w="429" w:type="dxa"/>
            <w:vAlign w:val="center"/>
          </w:tcPr>
          <w:p w:rsidR="008A47C5" w:rsidRPr="00F251F1" w:rsidRDefault="000F3F14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4074" w:type="dxa"/>
            <w:vAlign w:val="center"/>
          </w:tcPr>
          <w:p w:rsidR="008A47C5" w:rsidRPr="00F251F1" w:rsidRDefault="008A47C5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 xml:space="preserve">Назначение </w:t>
            </w:r>
            <w:r w:rsidR="007B74A8" w:rsidRPr="00F251F1">
              <w:rPr>
                <w:sz w:val="20"/>
                <w:szCs w:val="20"/>
                <w:lang w:val="ru-RU"/>
              </w:rPr>
              <w:t>специального должностного лица (</w:t>
            </w:r>
            <w:r w:rsidRPr="00F251F1">
              <w:rPr>
                <w:sz w:val="20"/>
                <w:szCs w:val="20"/>
                <w:lang w:val="ru-RU"/>
              </w:rPr>
              <w:t>СДЛ</w:t>
            </w:r>
            <w:r w:rsidR="007B74A8" w:rsidRPr="00F251F1">
              <w:rPr>
                <w:sz w:val="20"/>
                <w:szCs w:val="20"/>
                <w:lang w:val="ru-RU"/>
              </w:rPr>
              <w:t>)</w:t>
            </w:r>
            <w:r w:rsidRPr="00F251F1">
              <w:rPr>
                <w:sz w:val="20"/>
                <w:szCs w:val="20"/>
                <w:lang w:val="ru-RU"/>
              </w:rPr>
              <w:t xml:space="preserve"> (если требуется) и наличие подтверждающих документов</w:t>
            </w:r>
          </w:p>
        </w:tc>
        <w:tc>
          <w:tcPr>
            <w:tcW w:w="170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2398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</w:tr>
      <w:tr w:rsidR="008A47C5" w:rsidRPr="002C5992" w:rsidTr="00334AED">
        <w:trPr>
          <w:jc w:val="center"/>
        </w:trPr>
        <w:tc>
          <w:tcPr>
            <w:tcW w:w="429" w:type="dxa"/>
            <w:vAlign w:val="center"/>
          </w:tcPr>
          <w:p w:rsidR="008A47C5" w:rsidRPr="00F251F1" w:rsidRDefault="000F3F14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4074" w:type="dxa"/>
            <w:vAlign w:val="center"/>
          </w:tcPr>
          <w:p w:rsidR="008A47C5" w:rsidRPr="00F251F1" w:rsidRDefault="008A47C5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Прохождение необходимого обучения в сфере ПОД/ФТ/ФРОМУ</w:t>
            </w:r>
          </w:p>
        </w:tc>
        <w:tc>
          <w:tcPr>
            <w:tcW w:w="170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2398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</w:tr>
      <w:tr w:rsidR="008A47C5" w:rsidRPr="002C5992" w:rsidTr="00334AED">
        <w:trPr>
          <w:jc w:val="center"/>
        </w:trPr>
        <w:tc>
          <w:tcPr>
            <w:tcW w:w="429" w:type="dxa"/>
            <w:vAlign w:val="center"/>
          </w:tcPr>
          <w:p w:rsidR="008A47C5" w:rsidRPr="00F251F1" w:rsidRDefault="000F3F14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4074" w:type="dxa"/>
            <w:vAlign w:val="center"/>
          </w:tcPr>
          <w:p w:rsidR="008A47C5" w:rsidRPr="00F251F1" w:rsidRDefault="008A47C5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Наличие формы оценки риска клиента и поручения</w:t>
            </w:r>
          </w:p>
        </w:tc>
        <w:tc>
          <w:tcPr>
            <w:tcW w:w="170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2398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</w:tr>
      <w:tr w:rsidR="008A47C5" w:rsidRPr="002C5992" w:rsidTr="00334AED">
        <w:trPr>
          <w:jc w:val="center"/>
        </w:trPr>
        <w:tc>
          <w:tcPr>
            <w:tcW w:w="429" w:type="dxa"/>
            <w:vAlign w:val="center"/>
          </w:tcPr>
          <w:p w:rsidR="008A47C5" w:rsidRPr="00F251F1" w:rsidRDefault="000F3F14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4074" w:type="dxa"/>
            <w:vAlign w:val="center"/>
          </w:tcPr>
          <w:p w:rsidR="008A47C5" w:rsidRPr="00F251F1" w:rsidRDefault="008A47C5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Наличие материалов по идентификации доверителя, представителя, выгодоприобретателя и бенефициарного владельца</w:t>
            </w:r>
          </w:p>
        </w:tc>
        <w:tc>
          <w:tcPr>
            <w:tcW w:w="170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2398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</w:tr>
      <w:tr w:rsidR="008A47C5" w:rsidRPr="002C5992" w:rsidTr="00334AED">
        <w:trPr>
          <w:jc w:val="center"/>
        </w:trPr>
        <w:tc>
          <w:tcPr>
            <w:tcW w:w="429" w:type="dxa"/>
            <w:vAlign w:val="center"/>
          </w:tcPr>
          <w:p w:rsidR="008A47C5" w:rsidRPr="00F251F1" w:rsidRDefault="000F3F14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4074" w:type="dxa"/>
            <w:vAlign w:val="center"/>
          </w:tcPr>
          <w:p w:rsidR="008A47C5" w:rsidRPr="00F251F1" w:rsidRDefault="008A47C5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Наличие мотивированных суждений и фиксации признаков подозрительности</w:t>
            </w:r>
          </w:p>
        </w:tc>
        <w:tc>
          <w:tcPr>
            <w:tcW w:w="170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2398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</w:tr>
      <w:tr w:rsidR="008A47C5" w:rsidRPr="002C5992" w:rsidTr="00334AED">
        <w:trPr>
          <w:jc w:val="center"/>
        </w:trPr>
        <w:tc>
          <w:tcPr>
            <w:tcW w:w="429" w:type="dxa"/>
            <w:vAlign w:val="center"/>
          </w:tcPr>
          <w:p w:rsidR="008A47C5" w:rsidRPr="00F251F1" w:rsidRDefault="000F3F14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11</w:t>
            </w:r>
          </w:p>
        </w:tc>
        <w:tc>
          <w:tcPr>
            <w:tcW w:w="4074" w:type="dxa"/>
            <w:vAlign w:val="center"/>
          </w:tcPr>
          <w:p w:rsidR="008A47C5" w:rsidRPr="00F251F1" w:rsidRDefault="008A47C5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Соблюдение порядка направления сведений в Росфинмониторинг в предусмотренных законом случаях</w:t>
            </w:r>
          </w:p>
        </w:tc>
        <w:tc>
          <w:tcPr>
            <w:tcW w:w="170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2398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</w:tr>
      <w:tr w:rsidR="008A47C5" w:rsidRPr="002C5992" w:rsidTr="00334AED">
        <w:trPr>
          <w:jc w:val="center"/>
        </w:trPr>
        <w:tc>
          <w:tcPr>
            <w:tcW w:w="429" w:type="dxa"/>
            <w:vAlign w:val="center"/>
          </w:tcPr>
          <w:p w:rsidR="008A47C5" w:rsidRPr="00F251F1" w:rsidRDefault="000F3F14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4074" w:type="dxa"/>
            <w:vAlign w:val="center"/>
          </w:tcPr>
          <w:p w:rsidR="008A47C5" w:rsidRPr="00F251F1" w:rsidRDefault="008A47C5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Наличие процедур по замораживанию (блокированию) активов, если они подлежат применению</w:t>
            </w:r>
          </w:p>
        </w:tc>
        <w:tc>
          <w:tcPr>
            <w:tcW w:w="170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2398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</w:tr>
      <w:tr w:rsidR="008A47C5" w:rsidRPr="002C5992" w:rsidTr="00334AED">
        <w:trPr>
          <w:jc w:val="center"/>
        </w:trPr>
        <w:tc>
          <w:tcPr>
            <w:tcW w:w="429" w:type="dxa"/>
            <w:vAlign w:val="center"/>
          </w:tcPr>
          <w:p w:rsidR="008A47C5" w:rsidRPr="00F251F1" w:rsidRDefault="000F3F14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4074" w:type="dxa"/>
            <w:vAlign w:val="center"/>
          </w:tcPr>
          <w:p w:rsidR="008A47C5" w:rsidRPr="00F251F1" w:rsidRDefault="008A47C5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Фиксирование, хранение и защита сведений, полученных в результате реализации ПВК</w:t>
            </w:r>
          </w:p>
        </w:tc>
        <w:tc>
          <w:tcPr>
            <w:tcW w:w="170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2398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</w:tr>
      <w:tr w:rsidR="008A47C5" w:rsidRPr="002C5992" w:rsidTr="00334AED">
        <w:trPr>
          <w:jc w:val="center"/>
        </w:trPr>
        <w:tc>
          <w:tcPr>
            <w:tcW w:w="429" w:type="dxa"/>
            <w:vAlign w:val="center"/>
          </w:tcPr>
          <w:p w:rsidR="008A47C5" w:rsidRPr="00F251F1" w:rsidRDefault="000F3F14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14</w:t>
            </w:r>
          </w:p>
        </w:tc>
        <w:tc>
          <w:tcPr>
            <w:tcW w:w="4074" w:type="dxa"/>
            <w:vAlign w:val="center"/>
          </w:tcPr>
          <w:p w:rsidR="008A47C5" w:rsidRPr="00F251F1" w:rsidRDefault="008A47C5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Наличие ранее выданных предписаний и сведения об их исполнении</w:t>
            </w:r>
          </w:p>
        </w:tc>
        <w:tc>
          <w:tcPr>
            <w:tcW w:w="170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2398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</w:tr>
      <w:tr w:rsidR="008A47C5" w:rsidRPr="00F251F1" w:rsidTr="00334AED">
        <w:trPr>
          <w:jc w:val="center"/>
        </w:trPr>
        <w:tc>
          <w:tcPr>
            <w:tcW w:w="429" w:type="dxa"/>
            <w:vAlign w:val="center"/>
          </w:tcPr>
          <w:p w:rsidR="008A47C5" w:rsidRPr="00F251F1" w:rsidRDefault="000F3F14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15</w:t>
            </w:r>
          </w:p>
        </w:tc>
        <w:tc>
          <w:tcPr>
            <w:tcW w:w="4074" w:type="dxa"/>
            <w:vAlign w:val="center"/>
          </w:tcPr>
          <w:p w:rsidR="008A47C5" w:rsidRPr="00F251F1" w:rsidRDefault="008A47C5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Наличие признаков повторности нарушений</w:t>
            </w:r>
          </w:p>
        </w:tc>
        <w:tc>
          <w:tcPr>
            <w:tcW w:w="170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2398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</w:tr>
      <w:tr w:rsidR="008A47C5" w:rsidRPr="002C5992" w:rsidTr="00334AED">
        <w:trPr>
          <w:jc w:val="center"/>
        </w:trPr>
        <w:tc>
          <w:tcPr>
            <w:tcW w:w="429" w:type="dxa"/>
            <w:vAlign w:val="center"/>
          </w:tcPr>
          <w:p w:rsidR="008A47C5" w:rsidRPr="00F251F1" w:rsidRDefault="000F3F14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16</w:t>
            </w:r>
          </w:p>
        </w:tc>
        <w:tc>
          <w:tcPr>
            <w:tcW w:w="4074" w:type="dxa"/>
            <w:vAlign w:val="center"/>
          </w:tcPr>
          <w:p w:rsidR="008A47C5" w:rsidRPr="00F251F1" w:rsidRDefault="008A47C5" w:rsidP="00AF2FC0">
            <w:pPr>
              <w:rPr>
                <w:sz w:val="20"/>
                <w:szCs w:val="20"/>
                <w:lang w:val="ru-RU"/>
              </w:rPr>
            </w:pPr>
            <w:r w:rsidRPr="00F251F1">
              <w:rPr>
                <w:sz w:val="20"/>
                <w:szCs w:val="20"/>
                <w:lang w:val="ru-RU"/>
              </w:rPr>
              <w:t>Иные обстоятельства, имеющие значение для проверки</w:t>
            </w:r>
          </w:p>
        </w:tc>
        <w:tc>
          <w:tcPr>
            <w:tcW w:w="1701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  <w:tc>
          <w:tcPr>
            <w:tcW w:w="2398" w:type="dxa"/>
            <w:vAlign w:val="center"/>
          </w:tcPr>
          <w:p w:rsidR="008A47C5" w:rsidRPr="00F251F1" w:rsidRDefault="008A47C5" w:rsidP="00AF2FC0">
            <w:pPr>
              <w:rPr>
                <w:szCs w:val="24"/>
                <w:lang w:val="ru-RU"/>
              </w:rPr>
            </w:pPr>
          </w:p>
        </w:tc>
      </w:tr>
    </w:tbl>
    <w:p w:rsidR="00334AED" w:rsidRPr="00F251F1" w:rsidRDefault="00334AED" w:rsidP="0062755D">
      <w:pPr>
        <w:spacing w:after="0" w:line="240" w:lineRule="auto"/>
        <w:jc w:val="both"/>
        <w:rPr>
          <w:szCs w:val="24"/>
          <w:lang w:val="ru-RU"/>
        </w:rPr>
      </w:pPr>
    </w:p>
    <w:p w:rsidR="008A47C5" w:rsidRPr="00F251F1" w:rsidRDefault="008A47C5" w:rsidP="0062755D">
      <w:pPr>
        <w:spacing w:after="0" w:line="240" w:lineRule="auto"/>
        <w:jc w:val="both"/>
        <w:rPr>
          <w:szCs w:val="24"/>
          <w:lang w:val="ru-RU"/>
        </w:rPr>
      </w:pPr>
      <w:r w:rsidRPr="00F251F1">
        <w:rPr>
          <w:szCs w:val="24"/>
          <w:lang w:val="ru-RU"/>
        </w:rPr>
        <w:lastRenderedPageBreak/>
        <w:t>По итогам заполнения чек-листа инспектор формирует выводы о наличии либо отсутствии признаков нарушений, необходимости выдачи предписания, проведения повторной проверки либо постановки вопроса о дисциплинарной ответственности.</w:t>
      </w:r>
    </w:p>
    <w:p w:rsidR="008A47C5" w:rsidRPr="00F251F1" w:rsidRDefault="008A47C5" w:rsidP="0062755D">
      <w:pPr>
        <w:spacing w:after="0" w:line="240" w:lineRule="auto"/>
        <w:jc w:val="both"/>
        <w:rPr>
          <w:lang w:val="ru-RU"/>
        </w:rPr>
      </w:pPr>
      <w:r w:rsidRPr="00F251F1">
        <w:rPr>
          <w:lang w:val="ru-RU"/>
        </w:rPr>
        <w:br w:type="page"/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>
        <w:rPr>
          <w:szCs w:val="24"/>
          <w:lang w:val="ru-RU"/>
        </w:rPr>
        <w:lastRenderedPageBreak/>
        <w:t>Приложение № 7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к Положению об организации и осуществлении 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t xml:space="preserve">Адвокатской палатой </w:t>
      </w:r>
      <w:r w:rsidR="00202C1C">
        <w:rPr>
          <w:rFonts w:cs="Times New Roman"/>
          <w:bCs/>
          <w:szCs w:val="24"/>
          <w:lang w:val="ru-RU"/>
        </w:rPr>
        <w:t>Курганской области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  <w:r w:rsidRPr="00F251F1">
        <w:rPr>
          <w:szCs w:val="24"/>
          <w:lang w:val="ru-RU"/>
        </w:rPr>
        <w:t>контроля в отношении адвокатов в сфере ПОД/ФТ/ФРОМУ</w:t>
      </w:r>
    </w:p>
    <w:p w:rsidR="00F251F1" w:rsidRPr="00F251F1" w:rsidRDefault="00F251F1" w:rsidP="00F251F1">
      <w:pPr>
        <w:spacing w:after="0" w:line="240" w:lineRule="auto"/>
        <w:jc w:val="right"/>
        <w:rPr>
          <w:szCs w:val="24"/>
          <w:lang w:val="ru-RU"/>
        </w:rPr>
      </w:pPr>
    </w:p>
    <w:p w:rsidR="00AF2FC0" w:rsidRPr="00F251F1" w:rsidRDefault="00AF2FC0" w:rsidP="00A452F1">
      <w:pPr>
        <w:spacing w:after="0" w:line="240" w:lineRule="auto"/>
        <w:rPr>
          <w:lang w:val="ru-RU"/>
        </w:rPr>
      </w:pPr>
    </w:p>
    <w:p w:rsidR="008A47C5" w:rsidRPr="00F251F1" w:rsidRDefault="008A47C5" w:rsidP="00AF2FC0">
      <w:pPr>
        <w:spacing w:after="0" w:line="240" w:lineRule="auto"/>
        <w:jc w:val="center"/>
        <w:rPr>
          <w:b/>
          <w:lang w:val="ru-RU"/>
        </w:rPr>
      </w:pPr>
      <w:r w:rsidRPr="00F251F1">
        <w:rPr>
          <w:b/>
          <w:lang w:val="ru-RU"/>
        </w:rPr>
        <w:t>Матрица уровня риска и рекомендуемых мер реагирования</w:t>
      </w:r>
    </w:p>
    <w:p w:rsidR="00AF2FC0" w:rsidRPr="00F251F1" w:rsidRDefault="00AF2FC0" w:rsidP="00A452F1">
      <w:pPr>
        <w:spacing w:after="0" w:line="240" w:lineRule="auto"/>
        <w:rPr>
          <w:lang w:val="ru-RU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505"/>
        <w:gridCol w:w="3005"/>
        <w:gridCol w:w="2791"/>
        <w:gridCol w:w="2718"/>
      </w:tblGrid>
      <w:tr w:rsidR="008A47C5" w:rsidRPr="00F251F1" w:rsidTr="00AF2FC0">
        <w:trPr>
          <w:jc w:val="center"/>
        </w:trPr>
        <w:tc>
          <w:tcPr>
            <w:tcW w:w="1304" w:type="dxa"/>
            <w:vAlign w:val="center"/>
          </w:tcPr>
          <w:p w:rsidR="008A47C5" w:rsidRPr="00F251F1" w:rsidRDefault="008A47C5" w:rsidP="00AF2FC0">
            <w:pPr>
              <w:jc w:val="center"/>
              <w:rPr>
                <w:lang w:val="ru-RU"/>
              </w:rPr>
            </w:pPr>
            <w:r w:rsidRPr="00F251F1">
              <w:rPr>
                <w:b/>
                <w:lang w:val="ru-RU"/>
              </w:rPr>
              <w:t>Уровень риска</w:t>
            </w:r>
          </w:p>
        </w:tc>
        <w:tc>
          <w:tcPr>
            <w:tcW w:w="4535" w:type="dxa"/>
            <w:vAlign w:val="center"/>
          </w:tcPr>
          <w:p w:rsidR="008A47C5" w:rsidRPr="00F251F1" w:rsidRDefault="008A47C5" w:rsidP="00AF2FC0">
            <w:pPr>
              <w:jc w:val="center"/>
              <w:rPr>
                <w:lang w:val="ru-RU"/>
              </w:rPr>
            </w:pPr>
            <w:r w:rsidRPr="00F251F1">
              <w:rPr>
                <w:b/>
                <w:lang w:val="ru-RU"/>
              </w:rPr>
              <w:t>Типовые основания / признаки</w:t>
            </w:r>
          </w:p>
        </w:tc>
        <w:tc>
          <w:tcPr>
            <w:tcW w:w="3855" w:type="dxa"/>
            <w:vAlign w:val="center"/>
          </w:tcPr>
          <w:p w:rsidR="008A47C5" w:rsidRPr="00F251F1" w:rsidRDefault="008A47C5" w:rsidP="00AF2FC0">
            <w:pPr>
              <w:jc w:val="center"/>
              <w:rPr>
                <w:lang w:val="ru-RU"/>
              </w:rPr>
            </w:pPr>
            <w:r w:rsidRPr="00F251F1">
              <w:rPr>
                <w:b/>
                <w:lang w:val="ru-RU"/>
              </w:rPr>
              <w:t>Рекомендуемые меры</w:t>
            </w:r>
          </w:p>
        </w:tc>
        <w:tc>
          <w:tcPr>
            <w:tcW w:w="3855" w:type="dxa"/>
            <w:vAlign w:val="center"/>
          </w:tcPr>
          <w:p w:rsidR="008A47C5" w:rsidRPr="00F251F1" w:rsidRDefault="008A47C5" w:rsidP="00AF2FC0">
            <w:pPr>
              <w:jc w:val="center"/>
              <w:rPr>
                <w:lang w:val="ru-RU"/>
              </w:rPr>
            </w:pPr>
            <w:r w:rsidRPr="00F251F1">
              <w:rPr>
                <w:b/>
                <w:lang w:val="ru-RU"/>
              </w:rPr>
              <w:t>Возможный результат</w:t>
            </w:r>
          </w:p>
        </w:tc>
      </w:tr>
      <w:tr w:rsidR="008A47C5" w:rsidRPr="002C5992" w:rsidTr="002653E0">
        <w:trPr>
          <w:jc w:val="center"/>
        </w:trPr>
        <w:tc>
          <w:tcPr>
            <w:tcW w:w="1304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Высокий</w:t>
            </w:r>
          </w:p>
        </w:tc>
        <w:tc>
          <w:tcPr>
            <w:tcW w:w="4535" w:type="dxa"/>
          </w:tcPr>
          <w:p w:rsidR="002653E0" w:rsidRPr="00F251F1" w:rsidRDefault="005A5F1C" w:rsidP="00A452F1">
            <w:pPr>
              <w:rPr>
                <w:lang w:val="ru-RU"/>
              </w:rPr>
            </w:pPr>
            <w:r w:rsidRPr="00F251F1">
              <w:rPr>
                <w:lang w:val="ru-RU"/>
              </w:rPr>
              <w:t xml:space="preserve">Регулярная релевантная практика в сочетании с повышающими факторами риска: иностранный элемент, сложная структура бенефициарного владения, ПДЛ, </w:t>
            </w:r>
            <w:r w:rsidR="002653E0" w:rsidRPr="00F251F1">
              <w:rPr>
                <w:lang w:val="ru-RU"/>
              </w:rPr>
              <w:t>цифровая валюта, цифровые финансовые активы и иные цифровые инструменты, если они имеют значение для оценки риска</w:t>
            </w:r>
            <w:r w:rsidRPr="00F251F1">
              <w:rPr>
                <w:lang w:val="ru-RU"/>
              </w:rPr>
              <w:t>, посредники,</w:t>
            </w:r>
            <w:r w:rsidR="002653E0" w:rsidRPr="00F251F1">
              <w:rPr>
                <w:lang w:val="ru-RU"/>
              </w:rPr>
              <w:t xml:space="preserve"> </w:t>
            </w:r>
            <w:r w:rsidRPr="00F251F1">
              <w:rPr>
                <w:lang w:val="ru-RU"/>
              </w:rPr>
              <w:t>предшествующие нарушения, неисполнение предписания</w:t>
            </w:r>
            <w:r w:rsidR="00A452F1" w:rsidRPr="00F251F1">
              <w:rPr>
                <w:lang w:val="ru-RU"/>
              </w:rPr>
              <w:t>.</w:t>
            </w:r>
          </w:p>
        </w:tc>
        <w:tc>
          <w:tcPr>
            <w:tcW w:w="3855" w:type="dxa"/>
          </w:tcPr>
          <w:p w:rsidR="008A47C5" w:rsidRPr="00F251F1" w:rsidRDefault="008A47C5" w:rsidP="00A452F1">
            <w:pPr>
              <w:rPr>
                <w:lang w:val="ru-RU"/>
              </w:rPr>
            </w:pPr>
            <w:r w:rsidRPr="00F251F1">
              <w:rPr>
                <w:lang w:val="ru-RU"/>
              </w:rPr>
              <w:t>Плановая документарная или выездная проверка; при наличии оснований — внеплановая документарная или выездная проверка</w:t>
            </w:r>
            <w:r w:rsidR="00A452F1" w:rsidRPr="00F251F1">
              <w:rPr>
                <w:lang w:val="ru-RU"/>
              </w:rPr>
              <w:t>.</w:t>
            </w:r>
          </w:p>
        </w:tc>
        <w:tc>
          <w:tcPr>
            <w:tcW w:w="3855" w:type="dxa"/>
          </w:tcPr>
          <w:p w:rsidR="008A47C5" w:rsidRPr="00F251F1" w:rsidRDefault="008A47C5" w:rsidP="00A452F1">
            <w:pPr>
              <w:rPr>
                <w:lang w:val="ru-RU"/>
              </w:rPr>
            </w:pPr>
            <w:r w:rsidRPr="00F251F1">
              <w:rPr>
                <w:lang w:val="ru-RU"/>
              </w:rPr>
              <w:t>Акт проверки; предписание; повторная проверка; рассмотрение вопроса о дисциплинарной ответственности</w:t>
            </w:r>
            <w:r w:rsidR="00A452F1" w:rsidRPr="00F251F1">
              <w:rPr>
                <w:lang w:val="ru-RU"/>
              </w:rPr>
              <w:t>.</w:t>
            </w:r>
          </w:p>
        </w:tc>
      </w:tr>
      <w:tr w:rsidR="008A47C5" w:rsidRPr="002C5992" w:rsidTr="002653E0">
        <w:trPr>
          <w:jc w:val="center"/>
        </w:trPr>
        <w:tc>
          <w:tcPr>
            <w:tcW w:w="1304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Повышенный</w:t>
            </w:r>
          </w:p>
        </w:tc>
        <w:tc>
          <w:tcPr>
            <w:tcW w:w="4535" w:type="dxa"/>
          </w:tcPr>
          <w:p w:rsidR="00AF2FC0" w:rsidRPr="00F251F1" w:rsidRDefault="008A47C5" w:rsidP="00A452F1">
            <w:pPr>
              <w:rPr>
                <w:lang w:val="ru-RU"/>
              </w:rPr>
            </w:pPr>
            <w:r w:rsidRPr="00F251F1">
              <w:rPr>
                <w:lang w:val="ru-RU"/>
              </w:rPr>
              <w:t>Релевантная практика с отдельными повышающими факторами риска; неполная фиксация ПВК</w:t>
            </w:r>
            <w:r w:rsidR="002D2E74" w:rsidRPr="00F251F1">
              <w:rPr>
                <w:lang w:val="ru-RU"/>
              </w:rPr>
              <w:t xml:space="preserve">, </w:t>
            </w:r>
            <w:r w:rsidRPr="00F251F1">
              <w:rPr>
                <w:lang w:val="ru-RU"/>
              </w:rPr>
              <w:t>НПК; отсутствие актуального обучения; сигналы о потенциальных недостатках</w:t>
            </w:r>
            <w:r w:rsidR="00406290" w:rsidRPr="00F251F1">
              <w:rPr>
                <w:lang w:val="ru-RU"/>
              </w:rPr>
              <w:t xml:space="preserve"> (документально зафиксированные сведения о возможных недостатках ПВК, НПК, оценки риска, обучения, фиксации сведений или исполнения предписаний)</w:t>
            </w:r>
            <w:r w:rsidR="00A452F1" w:rsidRPr="00F251F1">
              <w:rPr>
                <w:lang w:val="ru-RU"/>
              </w:rPr>
              <w:t>.</w:t>
            </w:r>
          </w:p>
        </w:tc>
        <w:tc>
          <w:tcPr>
            <w:tcW w:w="3855" w:type="dxa"/>
          </w:tcPr>
          <w:p w:rsidR="008A47C5" w:rsidRPr="00F251F1" w:rsidRDefault="008A47C5" w:rsidP="00A452F1">
            <w:pPr>
              <w:rPr>
                <w:lang w:val="ru-RU"/>
              </w:rPr>
            </w:pPr>
            <w:r w:rsidRPr="00F251F1">
              <w:rPr>
                <w:lang w:val="ru-RU"/>
              </w:rPr>
              <w:t>Плановая документарная проверка; при наличии оснований — внеплановая документарная или выездная проверка</w:t>
            </w:r>
            <w:r w:rsidR="00A452F1" w:rsidRPr="00F251F1">
              <w:rPr>
                <w:lang w:val="ru-RU"/>
              </w:rPr>
              <w:t>.</w:t>
            </w:r>
          </w:p>
        </w:tc>
        <w:tc>
          <w:tcPr>
            <w:tcW w:w="3855" w:type="dxa"/>
          </w:tcPr>
          <w:p w:rsidR="008A47C5" w:rsidRPr="00F251F1" w:rsidRDefault="008A47C5" w:rsidP="00A452F1">
            <w:pPr>
              <w:rPr>
                <w:lang w:val="ru-RU"/>
              </w:rPr>
            </w:pPr>
            <w:r w:rsidRPr="00F251F1">
              <w:rPr>
                <w:lang w:val="ru-RU"/>
              </w:rPr>
              <w:t>Акт проверки; предписание; контроль устранения нарушений; при необходимости — повторная проверка</w:t>
            </w:r>
            <w:r w:rsidR="00A452F1" w:rsidRPr="00F251F1">
              <w:rPr>
                <w:lang w:val="ru-RU"/>
              </w:rPr>
              <w:t>.</w:t>
            </w:r>
          </w:p>
        </w:tc>
      </w:tr>
      <w:tr w:rsidR="008A47C5" w:rsidRPr="002C5992" w:rsidTr="002653E0">
        <w:trPr>
          <w:jc w:val="center"/>
        </w:trPr>
        <w:tc>
          <w:tcPr>
            <w:tcW w:w="1304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Умеренный</w:t>
            </w:r>
          </w:p>
        </w:tc>
        <w:tc>
          <w:tcPr>
            <w:tcW w:w="4535" w:type="dxa"/>
          </w:tcPr>
          <w:p w:rsidR="00AF2FC0" w:rsidRPr="00F251F1" w:rsidRDefault="008A47C5" w:rsidP="00A452F1">
            <w:pPr>
              <w:rPr>
                <w:lang w:val="ru-RU"/>
              </w:rPr>
            </w:pPr>
            <w:r w:rsidRPr="00F251F1">
              <w:rPr>
                <w:lang w:val="ru-RU"/>
              </w:rPr>
              <w:t>Отдельные признаки возможного нарушения; недостаточная полнота сведений; необходимость уточнения исполнения обязанностей; основания для пересмотра уровня риска</w:t>
            </w:r>
            <w:r w:rsidR="00A452F1" w:rsidRPr="00F251F1">
              <w:rPr>
                <w:lang w:val="ru-RU"/>
              </w:rPr>
              <w:t>.</w:t>
            </w:r>
          </w:p>
        </w:tc>
        <w:tc>
          <w:tcPr>
            <w:tcW w:w="3855" w:type="dxa"/>
          </w:tcPr>
          <w:p w:rsidR="008A47C5" w:rsidRPr="00F251F1" w:rsidRDefault="008A47C5" w:rsidP="00A452F1">
            <w:pPr>
              <w:rPr>
                <w:lang w:val="ru-RU"/>
              </w:rPr>
            </w:pPr>
            <w:r w:rsidRPr="00F251F1">
              <w:rPr>
                <w:lang w:val="ru-RU"/>
              </w:rPr>
              <w:t>Информирование адвоката; при наличии оснований — внеплановая документарная проверка</w:t>
            </w:r>
            <w:r w:rsidR="00A452F1" w:rsidRPr="00F251F1">
              <w:rPr>
                <w:lang w:val="ru-RU"/>
              </w:rPr>
              <w:t>.</w:t>
            </w:r>
          </w:p>
        </w:tc>
        <w:tc>
          <w:tcPr>
            <w:tcW w:w="3855" w:type="dxa"/>
          </w:tcPr>
          <w:p w:rsidR="008A47C5" w:rsidRPr="00F251F1" w:rsidRDefault="008A47C5" w:rsidP="00A452F1">
            <w:pPr>
              <w:rPr>
                <w:lang w:val="ru-RU"/>
              </w:rPr>
            </w:pPr>
            <w:r w:rsidRPr="00F251F1">
              <w:rPr>
                <w:lang w:val="ru-RU"/>
              </w:rPr>
              <w:t>Письмо-информирование; анализ ответа; при необходимости — акт проверки и предписание</w:t>
            </w:r>
            <w:r w:rsidR="00A452F1" w:rsidRPr="00F251F1">
              <w:rPr>
                <w:lang w:val="ru-RU"/>
              </w:rPr>
              <w:t>.</w:t>
            </w:r>
          </w:p>
        </w:tc>
      </w:tr>
      <w:tr w:rsidR="008A47C5" w:rsidRPr="00F251F1" w:rsidTr="002653E0">
        <w:trPr>
          <w:jc w:val="center"/>
        </w:trPr>
        <w:tc>
          <w:tcPr>
            <w:tcW w:w="1304" w:type="dxa"/>
            <w:vAlign w:val="center"/>
          </w:tcPr>
          <w:p w:rsidR="008A47C5" w:rsidRPr="00F251F1" w:rsidRDefault="008A47C5" w:rsidP="00AF2FC0">
            <w:pPr>
              <w:rPr>
                <w:lang w:val="ru-RU"/>
              </w:rPr>
            </w:pPr>
            <w:r w:rsidRPr="00F251F1">
              <w:rPr>
                <w:lang w:val="ru-RU"/>
              </w:rPr>
              <w:t>Низкий</w:t>
            </w:r>
          </w:p>
        </w:tc>
        <w:tc>
          <w:tcPr>
            <w:tcW w:w="4535" w:type="dxa"/>
          </w:tcPr>
          <w:p w:rsidR="00AF2FC0" w:rsidRPr="00F251F1" w:rsidRDefault="008A47C5" w:rsidP="00A452F1">
            <w:pPr>
              <w:rPr>
                <w:lang w:val="ru-RU"/>
              </w:rPr>
            </w:pPr>
            <w:r w:rsidRPr="00F251F1">
              <w:rPr>
                <w:lang w:val="ru-RU"/>
              </w:rPr>
              <w:t>Отсутствие данных о нарушениях; отсутствие либо минимальный объем релевантной практики; положительные результаты предыдущего контроля</w:t>
            </w:r>
            <w:r w:rsidR="00A452F1" w:rsidRPr="00F251F1">
              <w:rPr>
                <w:lang w:val="ru-RU"/>
              </w:rPr>
              <w:t>.</w:t>
            </w:r>
          </w:p>
        </w:tc>
        <w:tc>
          <w:tcPr>
            <w:tcW w:w="3855" w:type="dxa"/>
          </w:tcPr>
          <w:p w:rsidR="008A47C5" w:rsidRPr="00F251F1" w:rsidRDefault="008A47C5" w:rsidP="00A452F1">
            <w:pPr>
              <w:rPr>
                <w:lang w:val="ru-RU"/>
              </w:rPr>
            </w:pPr>
            <w:r w:rsidRPr="00F251F1">
              <w:rPr>
                <w:lang w:val="ru-RU"/>
              </w:rPr>
              <w:t>Профилактические мероприятия без плановых и внеплановых проверок, если отсутствуют основания для пересмотра уровня риска</w:t>
            </w:r>
            <w:r w:rsidR="00A452F1" w:rsidRPr="00F251F1">
              <w:rPr>
                <w:lang w:val="ru-RU"/>
              </w:rPr>
              <w:t>.</w:t>
            </w:r>
          </w:p>
        </w:tc>
        <w:tc>
          <w:tcPr>
            <w:tcW w:w="3855" w:type="dxa"/>
          </w:tcPr>
          <w:p w:rsidR="008A47C5" w:rsidRPr="00F251F1" w:rsidRDefault="008A47C5" w:rsidP="00A452F1">
            <w:pPr>
              <w:rPr>
                <w:lang w:val="ru-RU"/>
              </w:rPr>
            </w:pPr>
            <w:r w:rsidRPr="00F251F1">
              <w:rPr>
                <w:lang w:val="ru-RU"/>
              </w:rPr>
              <w:t>Анкетирование; обучение; разъяснения; мониторинг</w:t>
            </w:r>
            <w:r w:rsidR="00A452F1" w:rsidRPr="00F251F1">
              <w:rPr>
                <w:lang w:val="ru-RU"/>
              </w:rPr>
              <w:t>.</w:t>
            </w:r>
          </w:p>
        </w:tc>
      </w:tr>
    </w:tbl>
    <w:p w:rsidR="008A47C5" w:rsidRPr="00F251F1" w:rsidRDefault="008A47C5" w:rsidP="00AF2FC0">
      <w:pPr>
        <w:spacing w:after="0" w:line="240" w:lineRule="auto"/>
        <w:rPr>
          <w:szCs w:val="24"/>
          <w:lang w:val="ru-RU"/>
        </w:rPr>
      </w:pPr>
    </w:p>
    <w:p w:rsidR="008A47C5" w:rsidRPr="00A452F1" w:rsidRDefault="008A47C5" w:rsidP="00334AED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F251F1">
        <w:rPr>
          <w:szCs w:val="24"/>
          <w:lang w:val="ru-RU"/>
        </w:rPr>
        <w:t xml:space="preserve">Примечание. Матрица носит </w:t>
      </w:r>
      <w:r w:rsidR="00AF2FC0" w:rsidRPr="00F251F1">
        <w:rPr>
          <w:szCs w:val="24"/>
          <w:lang w:val="ru-RU"/>
        </w:rPr>
        <w:t>ориентирующий</w:t>
      </w:r>
      <w:r w:rsidRPr="00F251F1">
        <w:rPr>
          <w:szCs w:val="24"/>
          <w:lang w:val="ru-RU"/>
        </w:rPr>
        <w:t xml:space="preserve"> характер и применяется совместно с моделью оценки рисков, утверждаемой Советом Палаты. Конкретное решение принимается с учетом совокупности обстоятельств, характера сведений и принципа соразмерности.</w:t>
      </w:r>
    </w:p>
    <w:sectPr w:rsidR="008A47C5" w:rsidRPr="00A452F1" w:rsidSect="00034616">
      <w:pgSz w:w="12240" w:h="15840"/>
      <w:pgMar w:top="1134" w:right="1020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D5F" w:rsidRDefault="00C80D5F" w:rsidP="00892896">
      <w:pPr>
        <w:spacing w:after="0" w:line="240" w:lineRule="auto"/>
      </w:pPr>
      <w:r>
        <w:separator/>
      </w:r>
    </w:p>
  </w:endnote>
  <w:endnote w:type="continuationSeparator" w:id="0">
    <w:p w:rsidR="00C80D5F" w:rsidRDefault="00C80D5F" w:rsidP="00892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D5F" w:rsidRDefault="00C80D5F" w:rsidP="00892896">
      <w:pPr>
        <w:spacing w:after="0" w:line="240" w:lineRule="auto"/>
      </w:pPr>
      <w:r>
        <w:separator/>
      </w:r>
    </w:p>
  </w:footnote>
  <w:footnote w:type="continuationSeparator" w:id="0">
    <w:p w:rsidR="00C80D5F" w:rsidRDefault="00C80D5F" w:rsidP="00892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6688672"/>
      <w:docPartObj>
        <w:docPartGallery w:val="Page Numbers (Top of Page)"/>
        <w:docPartUnique/>
      </w:docPartObj>
    </w:sdtPr>
    <w:sdtEndPr/>
    <w:sdtContent>
      <w:p w:rsidR="00BF54AC" w:rsidRPr="002549F4" w:rsidRDefault="008A5C21" w:rsidP="002549F4">
        <w:pPr>
          <w:pStyle w:val="a5"/>
          <w:jc w:val="center"/>
        </w:pPr>
        <w:r>
          <w:fldChar w:fldCharType="begin"/>
        </w:r>
        <w:r w:rsidR="00BF54AC">
          <w:instrText>PAGE   \* MERGEFORMAT</w:instrText>
        </w:r>
        <w:r>
          <w:fldChar w:fldCharType="separate"/>
        </w:r>
        <w:r w:rsidR="002C5992" w:rsidRPr="002C5992">
          <w:rPr>
            <w:noProof/>
            <w:lang w:val="ru-RU"/>
          </w:rPr>
          <w:t>15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05B4024"/>
    <w:multiLevelType w:val="hybridMultilevel"/>
    <w:tmpl w:val="E7FC6304"/>
    <w:lvl w:ilvl="0" w:tplc="A16416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26C48"/>
    <w:rsid w:val="00034616"/>
    <w:rsid w:val="0003543D"/>
    <w:rsid w:val="0004085B"/>
    <w:rsid w:val="00042060"/>
    <w:rsid w:val="0005299A"/>
    <w:rsid w:val="0006063C"/>
    <w:rsid w:val="000F3F14"/>
    <w:rsid w:val="000F3FF0"/>
    <w:rsid w:val="001073C7"/>
    <w:rsid w:val="00126864"/>
    <w:rsid w:val="0015074B"/>
    <w:rsid w:val="00184EB2"/>
    <w:rsid w:val="0019389B"/>
    <w:rsid w:val="0019747B"/>
    <w:rsid w:val="001A7B68"/>
    <w:rsid w:val="001F6029"/>
    <w:rsid w:val="00202C1C"/>
    <w:rsid w:val="0020504C"/>
    <w:rsid w:val="002549F4"/>
    <w:rsid w:val="002653E0"/>
    <w:rsid w:val="00295814"/>
    <w:rsid w:val="0029639D"/>
    <w:rsid w:val="002C5992"/>
    <w:rsid w:val="002D2E74"/>
    <w:rsid w:val="002E747D"/>
    <w:rsid w:val="002F673A"/>
    <w:rsid w:val="00311DF5"/>
    <w:rsid w:val="00326F90"/>
    <w:rsid w:val="00334AED"/>
    <w:rsid w:val="00353B2B"/>
    <w:rsid w:val="00362465"/>
    <w:rsid w:val="00402370"/>
    <w:rsid w:val="00406290"/>
    <w:rsid w:val="00421F18"/>
    <w:rsid w:val="004378CC"/>
    <w:rsid w:val="00451826"/>
    <w:rsid w:val="00457375"/>
    <w:rsid w:val="00492B62"/>
    <w:rsid w:val="004C17D5"/>
    <w:rsid w:val="004F1696"/>
    <w:rsid w:val="00565996"/>
    <w:rsid w:val="005A0B87"/>
    <w:rsid w:val="005A5F1C"/>
    <w:rsid w:val="005C16EB"/>
    <w:rsid w:val="005E520C"/>
    <w:rsid w:val="005F29E7"/>
    <w:rsid w:val="005F49B8"/>
    <w:rsid w:val="006228D4"/>
    <w:rsid w:val="0062755D"/>
    <w:rsid w:val="00635FC0"/>
    <w:rsid w:val="00636727"/>
    <w:rsid w:val="006916B3"/>
    <w:rsid w:val="006B47D4"/>
    <w:rsid w:val="006B526C"/>
    <w:rsid w:val="007B74A8"/>
    <w:rsid w:val="007F62C1"/>
    <w:rsid w:val="008067D0"/>
    <w:rsid w:val="00851975"/>
    <w:rsid w:val="00886AEF"/>
    <w:rsid w:val="00892896"/>
    <w:rsid w:val="008A47C5"/>
    <w:rsid w:val="008A5C21"/>
    <w:rsid w:val="008D18DA"/>
    <w:rsid w:val="00925043"/>
    <w:rsid w:val="00930774"/>
    <w:rsid w:val="00950949"/>
    <w:rsid w:val="00975CFF"/>
    <w:rsid w:val="009D01D9"/>
    <w:rsid w:val="009D0AA8"/>
    <w:rsid w:val="009D2B97"/>
    <w:rsid w:val="009D3FB8"/>
    <w:rsid w:val="009D689C"/>
    <w:rsid w:val="009D75E3"/>
    <w:rsid w:val="00A03989"/>
    <w:rsid w:val="00A03FAB"/>
    <w:rsid w:val="00A05334"/>
    <w:rsid w:val="00A20090"/>
    <w:rsid w:val="00A23EEA"/>
    <w:rsid w:val="00A442FD"/>
    <w:rsid w:val="00A452F1"/>
    <w:rsid w:val="00AA1D8D"/>
    <w:rsid w:val="00AB177D"/>
    <w:rsid w:val="00AC2C5E"/>
    <w:rsid w:val="00AF2FC0"/>
    <w:rsid w:val="00B24A1E"/>
    <w:rsid w:val="00B47730"/>
    <w:rsid w:val="00BA792D"/>
    <w:rsid w:val="00BC52EA"/>
    <w:rsid w:val="00BE3845"/>
    <w:rsid w:val="00BF54AC"/>
    <w:rsid w:val="00C17087"/>
    <w:rsid w:val="00C4684F"/>
    <w:rsid w:val="00C80D5F"/>
    <w:rsid w:val="00C91826"/>
    <w:rsid w:val="00C937BB"/>
    <w:rsid w:val="00C97004"/>
    <w:rsid w:val="00CB0664"/>
    <w:rsid w:val="00CB0F47"/>
    <w:rsid w:val="00CB4717"/>
    <w:rsid w:val="00CC073A"/>
    <w:rsid w:val="00CD2987"/>
    <w:rsid w:val="00D41484"/>
    <w:rsid w:val="00DA5C51"/>
    <w:rsid w:val="00DA77CF"/>
    <w:rsid w:val="00DB74E6"/>
    <w:rsid w:val="00DD2B94"/>
    <w:rsid w:val="00E00373"/>
    <w:rsid w:val="00E1596D"/>
    <w:rsid w:val="00E44284"/>
    <w:rsid w:val="00E948BC"/>
    <w:rsid w:val="00EA4C15"/>
    <w:rsid w:val="00ED7BDA"/>
    <w:rsid w:val="00EE77E3"/>
    <w:rsid w:val="00F251F1"/>
    <w:rsid w:val="00F374C7"/>
    <w:rsid w:val="00F42C9F"/>
    <w:rsid w:val="00F44132"/>
    <w:rsid w:val="00F80E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Revision"/>
    <w:hidden/>
    <w:uiPriority w:val="99"/>
    <w:semiHidden/>
    <w:rsid w:val="00457375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aff9">
    <w:name w:val="Balloon Text"/>
    <w:basedOn w:val="a1"/>
    <w:link w:val="affa"/>
    <w:uiPriority w:val="99"/>
    <w:semiHidden/>
    <w:unhideWhenUsed/>
    <w:rsid w:val="001F6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1F6029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88CFFC-B4D3-4492-B884-FF166E3FA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23</Pages>
  <Words>5306</Words>
  <Characters>30250</Characters>
  <Application>Microsoft Office Word</Application>
  <DocSecurity>0</DocSecurity>
  <Lines>252</Lines>
  <Paragraphs>70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35486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Савельева Светлана Николаевна</dc:creator>
  <cp:lastModifiedBy>sekretar</cp:lastModifiedBy>
  <cp:revision>4</cp:revision>
  <dcterms:created xsi:type="dcterms:W3CDTF">2026-08-03T13:58:00Z</dcterms:created>
  <dcterms:modified xsi:type="dcterms:W3CDTF">2026-08-20T09:27:00Z</dcterms:modified>
</cp:coreProperties>
</file>